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F8BB8" w14:textId="56D73DF0" w:rsidR="009B29F6" w:rsidRDefault="001A58E8" w:rsidP="001A58E8">
      <w:pPr>
        <w:pStyle w:val="110"/>
        <w:spacing w:before="90" w:line="290" w:lineRule="auto"/>
        <w:ind w:right="3958"/>
      </w:pPr>
      <w:r>
        <w:rPr>
          <w:noProof/>
        </w:rPr>
        <w:drawing>
          <wp:inline distT="0" distB="0" distL="0" distR="0" wp14:anchorId="1A70062B" wp14:editId="61808930">
            <wp:extent cx="6845300" cy="9413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FCFE" w14:textId="77777777" w:rsidR="009B29F6" w:rsidRDefault="009B29F6" w:rsidP="009B4853">
      <w:pPr>
        <w:pStyle w:val="110"/>
        <w:spacing w:before="90" w:line="290" w:lineRule="auto"/>
        <w:ind w:right="3958" w:firstLine="3580"/>
      </w:pPr>
    </w:p>
    <w:p w14:paraId="2B196C86" w14:textId="77777777" w:rsidR="009B29F6" w:rsidRDefault="009B29F6" w:rsidP="009B4853">
      <w:pPr>
        <w:pStyle w:val="110"/>
        <w:spacing w:before="90" w:line="290" w:lineRule="auto"/>
        <w:ind w:right="3958" w:firstLine="3580"/>
      </w:pPr>
    </w:p>
    <w:p w14:paraId="096518C4" w14:textId="77777777" w:rsidR="009B29F6" w:rsidRDefault="009B29F6" w:rsidP="009B4853">
      <w:pPr>
        <w:pStyle w:val="110"/>
        <w:spacing w:before="90" w:line="290" w:lineRule="auto"/>
        <w:ind w:right="3958" w:firstLine="3580"/>
      </w:pPr>
    </w:p>
    <w:p w14:paraId="0673C0A4" w14:textId="77777777" w:rsidR="00D3711A" w:rsidRDefault="00D3711A" w:rsidP="009B4853">
      <w:pPr>
        <w:pStyle w:val="110"/>
        <w:spacing w:before="90" w:line="290" w:lineRule="auto"/>
        <w:ind w:right="3958" w:firstLine="3580"/>
      </w:pPr>
    </w:p>
    <w:p w14:paraId="45EC93EF" w14:textId="1B1BE855" w:rsidR="009B4853" w:rsidRPr="001A58E8" w:rsidRDefault="00D3711A" w:rsidP="001A58E8">
      <w:pPr>
        <w:pStyle w:val="110"/>
        <w:spacing w:before="90" w:line="290" w:lineRule="auto"/>
        <w:ind w:right="3958" w:firstLine="3580"/>
      </w:pPr>
      <w:r>
        <w:t xml:space="preserve">   </w:t>
      </w:r>
    </w:p>
    <w:p w14:paraId="1FF3FF62" w14:textId="77777777" w:rsidR="00F8220C" w:rsidRPr="00F8220C" w:rsidRDefault="00F8220C" w:rsidP="00F8220C">
      <w:pPr>
        <w:pStyle w:val="af"/>
        <w:spacing w:before="179" w:line="292" w:lineRule="auto"/>
        <w:ind w:left="106" w:right="495" w:firstLine="18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ПОЯСНИТЕЛЬНАЯ ЗАПИСКА</w:t>
      </w:r>
    </w:p>
    <w:p w14:paraId="6E9917FC" w14:textId="77777777" w:rsidR="00813C9E" w:rsidRPr="00F8220C" w:rsidRDefault="00813C9E" w:rsidP="00813C9E">
      <w:pPr>
        <w:pStyle w:val="af"/>
        <w:spacing w:before="179" w:line="292" w:lineRule="auto"/>
        <w:ind w:left="106" w:right="495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Программа по учебному предмету «Окружающий мир» (предметная область «Обществознание 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естествознание» («Окружающий мир») включает: пояснительную записку, содержание обучения,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планируемые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освоения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программы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учебного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предмета,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тематическое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планирование.</w:t>
      </w:r>
    </w:p>
    <w:p w14:paraId="023A0008" w14:textId="77777777" w:rsidR="00813C9E" w:rsidRPr="00F8220C" w:rsidRDefault="00813C9E" w:rsidP="00813C9E">
      <w:pPr>
        <w:pStyle w:val="af"/>
        <w:spacing w:line="292" w:lineRule="auto"/>
        <w:ind w:left="106" w:right="257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Пояснительная записка отражает общие цели и задачи изучения предмета, характеристику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психологических предпосылок к его изучению младшими школьниками; место в структуре учебного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плана, а также подходы к отбору содержания, планируемым результатам и тематическому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планированию.</w:t>
      </w:r>
    </w:p>
    <w:p w14:paraId="061FF286" w14:textId="77777777" w:rsidR="00813C9E" w:rsidRPr="00F8220C" w:rsidRDefault="00813C9E" w:rsidP="00813C9E">
      <w:pPr>
        <w:pStyle w:val="af"/>
        <w:spacing w:line="292" w:lineRule="auto"/>
        <w:ind w:left="106" w:right="222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Содержание обучения раскрывает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содержательные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линии для обязательного изучения во 2 классе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начальной школы. Содержание обучения во 2 классе завершатся перечнем универсальных учебных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действий (УДД) - познавательных, коммуникативных и регулятивных, которые возможно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формировать средствами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учебного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предмета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«Окружающий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мир» с</w:t>
      </w:r>
      <w:r w:rsidRPr="00F8220C">
        <w:rPr>
          <w:rFonts w:ascii="Times New Roman" w:hAnsi="Times New Roman" w:cs="Times New Roman"/>
          <w:spacing w:val="6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учётом</w:t>
      </w:r>
      <w:r w:rsidRPr="00F8220C">
        <w:rPr>
          <w:rFonts w:ascii="Times New Roman" w:hAnsi="Times New Roman" w:cs="Times New Roman"/>
          <w:spacing w:val="6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возрастных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особенностей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младших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школьников. В первом классе предлагается пропедевтический уровень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формирования УУД, поскольку становление универсальности действий на этом этапе обучения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только начинается. С учётом того, что выполнение правил совместной деятельности строится на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интеграции регулятивных (определенные волевые усилия, саморегуляция, самоконтроль, проявление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терпения и доброжелательности при налаживании отношений) и коммуникативных (способность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вербальными средствами устанавливать взаимоотношения) универсальных учебных действий, их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перечень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дан 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специальном разделе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— «Совместная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деятельность».</w:t>
      </w:r>
    </w:p>
    <w:p w14:paraId="12A7BA54" w14:textId="77777777" w:rsidR="00813C9E" w:rsidRPr="00F8220C" w:rsidRDefault="00813C9E" w:rsidP="00813C9E">
      <w:pPr>
        <w:pStyle w:val="af"/>
        <w:spacing w:line="292" w:lineRule="auto"/>
        <w:ind w:left="106" w:right="13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Планируемые результаты включают личностные, метапредметные результаты за период обучения, а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предметные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достижения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младшего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школьника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второй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год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обучения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начальной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школе.</w:t>
      </w:r>
    </w:p>
    <w:p w14:paraId="47A3E31A" w14:textId="77777777" w:rsidR="00813C9E" w:rsidRPr="00F8220C" w:rsidRDefault="00813C9E" w:rsidP="00813C9E">
      <w:pPr>
        <w:pStyle w:val="af"/>
        <w:spacing w:line="292" w:lineRule="auto"/>
        <w:ind w:left="106" w:right="166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 тематическом планировании описывается программное содержание по всем разделам содержания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обучения 2 класса, а также раскрываются методы и формы организации обучения и характеристика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деятельностей,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целесообразно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изучении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той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программной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темы.</w:t>
      </w:r>
    </w:p>
    <w:p w14:paraId="754C28AF" w14:textId="77777777" w:rsidR="00813C9E" w:rsidRPr="00F8220C" w:rsidRDefault="00813C9E" w:rsidP="00813C9E">
      <w:pPr>
        <w:pStyle w:val="af"/>
        <w:spacing w:line="274" w:lineRule="exact"/>
        <w:ind w:left="28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Представлены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способы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организации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дифференцированного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обучения.</w:t>
      </w:r>
    </w:p>
    <w:p w14:paraId="05C1A7A1" w14:textId="77777777" w:rsidR="00813C9E" w:rsidRPr="00F8220C" w:rsidRDefault="00813C9E" w:rsidP="00813C9E">
      <w:pPr>
        <w:pStyle w:val="af"/>
        <w:spacing w:before="48" w:line="292" w:lineRule="auto"/>
        <w:ind w:left="106" w:right="505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Рабочая программа по предмету «Окружающий мир» на уровне 2 класса начального общего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образования составлена на основе требований к результатам освоения основной образовательной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программы начального общего образования, представленных в Федеральном государственном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образовательном стандарте начального общего образования, Примерной программы воспитания, а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учётом историко-культурного стандарта.</w:t>
      </w:r>
    </w:p>
    <w:p w14:paraId="71488E3F" w14:textId="77777777" w:rsidR="00813C9E" w:rsidRPr="00F8220C" w:rsidRDefault="00813C9E" w:rsidP="00813C9E">
      <w:pPr>
        <w:pStyle w:val="af"/>
        <w:spacing w:line="292" w:lineRule="auto"/>
        <w:ind w:left="106" w:right="407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Изучение предмета «Окружающий мир», интегрирующего знания о природе, предметном мире,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 и взаимодействии людей в нём, соответствует потребностям и интересам детей младшего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школьного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возраста 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направлено на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достижение следующих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целей:</w:t>
      </w:r>
    </w:p>
    <w:p w14:paraId="07860106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03" w:after="0" w:line="292" w:lineRule="auto"/>
        <w:ind w:right="505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Формирование целостного взгляда на мир, осознание места в нём человека на основе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целостного взгляда на окружающий мир (природную и социальную среду обитания); освоение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естественнонаучных, обществоведческих, нравственно этических понятий, представленных в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содержании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данного учебного предмета.</w:t>
      </w:r>
    </w:p>
    <w:p w14:paraId="3AE1F9A7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18" w:after="0" w:line="292" w:lineRule="auto"/>
        <w:ind w:right="15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Развитие умений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навыков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применять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полученные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знания в реальной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учебной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жизненной</w:t>
      </w:r>
      <w:r w:rsidRPr="00F8220C">
        <w:rPr>
          <w:rFonts w:ascii="Times New Roman" w:hAnsi="Times New Roman" w:cs="Times New Roman"/>
          <w:spacing w:val="5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практике,</w:t>
      </w:r>
      <w:r w:rsidRPr="00F8220C">
        <w:rPr>
          <w:rFonts w:ascii="Times New Roman" w:hAnsi="Times New Roman" w:cs="Times New Roman"/>
          <w:spacing w:val="5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связанной</w:t>
      </w:r>
      <w:r w:rsidRPr="00F8220C">
        <w:rPr>
          <w:rFonts w:ascii="Times New Roman" w:hAnsi="Times New Roman" w:cs="Times New Roman"/>
          <w:spacing w:val="5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поисково-исследовательской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деятельностью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(наблюдения,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опыты, трудовая деятельность), так и с творческим использованием приобретённых знаний в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речевой,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изобразительной, художественной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деятельности.</w:t>
      </w:r>
    </w:p>
    <w:p w14:paraId="0A335789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17" w:after="0" w:line="292" w:lineRule="auto"/>
        <w:ind w:right="20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Духовно-нравственное развитие и воспитание личности гражданина России, понимание своей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принадлежности к Российскому государству, определённому этносу; проявление уважения к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истории,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культуре,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традициям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народов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РФ;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освоение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младшими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школьниками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мирового</w:t>
      </w:r>
    </w:p>
    <w:p w14:paraId="6EB1CA67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35AED4FE" w14:textId="77777777" w:rsidR="00813C9E" w:rsidRPr="00F8220C" w:rsidRDefault="00813C9E" w:rsidP="00813C9E">
      <w:pPr>
        <w:pStyle w:val="af"/>
        <w:spacing w:before="62" w:line="292" w:lineRule="auto"/>
        <w:ind w:right="705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культурного опыта по созданию общечеловеческих ценностей, законов и правил построения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взаимоотношений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социуме;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обогащение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духовного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богатства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обучающихся.</w:t>
      </w:r>
    </w:p>
    <w:p w14:paraId="0F2DEC9E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19" w:after="0" w:line="292" w:lineRule="auto"/>
        <w:ind w:right="22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Развитие способности ребёнка к социализации на основе принятия гуманистических норм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жизни, приобретение опыта эмоционально-положительного отношения к природе в соответствии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экологическими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нормами поведения; становление навыков повседневного проявления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культуры общения, гуманного отношения к людям,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уважительного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отношения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 их взглядам,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мнению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индивидуальности.</w:t>
      </w:r>
    </w:p>
    <w:p w14:paraId="6FDB22CA" w14:textId="77777777" w:rsidR="00813C9E" w:rsidRPr="00F8220C" w:rsidRDefault="00813C9E" w:rsidP="00813C9E">
      <w:pPr>
        <w:pStyle w:val="af"/>
        <w:spacing w:before="105" w:line="292" w:lineRule="auto"/>
        <w:ind w:left="106" w:right="257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Центральной идеей конструирования содержания и планируемых результатов обучения является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раскрытие роли человека в природе и обществе, ознакомление с правилами поведения в среде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обитания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освоение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общечеловеческих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ценностей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взаимодействия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системах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природа»,</w:t>
      </w:r>
    </w:p>
    <w:p w14:paraId="44D2A4D5" w14:textId="77777777" w:rsidR="00813C9E" w:rsidRPr="00F8220C" w:rsidRDefault="00813C9E" w:rsidP="00813C9E">
      <w:pPr>
        <w:pStyle w:val="af"/>
        <w:spacing w:line="292" w:lineRule="auto"/>
        <w:ind w:left="106" w:right="23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 и общество», «Человек и другие люди», «Человек и познание». Важнейшей составляющей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всех указанных систем является содержание, усвоение которого гарантирует формирование у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обучающихся навыков здорового и безопасного образа жизни на основе развивающейся способности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предвидеть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своих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поступков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оценки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возникшей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ситуации.</w:t>
      </w:r>
      <w:r w:rsidRPr="00F8220C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Отбор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содержания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курса</w:t>
      </w:r>
    </w:p>
    <w:p w14:paraId="600A462F" w14:textId="77777777" w:rsidR="00813C9E" w:rsidRPr="00F8220C" w:rsidRDefault="00813C9E" w:rsidP="00813C9E">
      <w:pPr>
        <w:pStyle w:val="af"/>
        <w:spacing w:line="274" w:lineRule="exact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«Окружающий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мир»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осуществлён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следующих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ведущих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идей:</w:t>
      </w:r>
    </w:p>
    <w:p w14:paraId="05336BDE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66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раскрытие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роли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человека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обществе;</w:t>
      </w:r>
    </w:p>
    <w:p w14:paraId="20BDE19E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освоение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общечеловеческих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ценностей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взаимодействия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системах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природа»,</w:t>
      </w:r>
    </w:p>
    <w:p w14:paraId="2F852631" w14:textId="77777777" w:rsidR="00813C9E" w:rsidRPr="00F8220C" w:rsidRDefault="00813C9E" w:rsidP="00813C9E">
      <w:pPr>
        <w:pStyle w:val="af"/>
        <w:spacing w:before="60" w:line="292" w:lineRule="auto"/>
        <w:ind w:right="495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общество»,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другие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люди»,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его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самость»,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«Человек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познание».</w:t>
      </w:r>
    </w:p>
    <w:p w14:paraId="2216FDB2" w14:textId="77777777" w:rsidR="00813C9E" w:rsidRPr="00F8220C" w:rsidRDefault="00813C9E" w:rsidP="00813C9E">
      <w:pPr>
        <w:pStyle w:val="af"/>
        <w:spacing w:before="107" w:line="292" w:lineRule="auto"/>
        <w:ind w:left="106" w:right="349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Общее число часов, отведённых на изучение курса «Окружающий мир» во 2 классе, составляет 68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часов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(два часа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неделю).</w:t>
      </w:r>
    </w:p>
    <w:p w14:paraId="670F4B9C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00" w:right="560" w:bottom="280" w:left="560" w:header="720" w:footer="720" w:gutter="0"/>
          <w:cols w:space="720"/>
        </w:sectPr>
      </w:pPr>
    </w:p>
    <w:p w14:paraId="50D4977B" w14:textId="77777777" w:rsidR="00813C9E" w:rsidRPr="00F8220C" w:rsidRDefault="001A58E8" w:rsidP="00813C9E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3950E1D9">
          <v:rect id="Rectangle 10" o:spid="_x0000_s1026" style="position:absolute;margin-left:33.3pt;margin-top:22.9pt;width:528.15pt;height:.6pt;z-index:-2516613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СОДЕРЖАНИЕ</w:t>
      </w:r>
      <w:r w:rsidR="00813C9E" w:rsidRPr="00F8220C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УЧЕБНОГО</w:t>
      </w:r>
      <w:r w:rsidR="00813C9E" w:rsidRPr="00F8220C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ПРЕДМЕТА</w:t>
      </w:r>
    </w:p>
    <w:p w14:paraId="06C43489" w14:textId="77777777" w:rsidR="00813C9E" w:rsidRPr="00F8220C" w:rsidRDefault="00813C9E" w:rsidP="00813C9E">
      <w:pPr>
        <w:spacing w:before="179"/>
        <w:ind w:left="286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Человек</w:t>
      </w:r>
      <w:r w:rsidRPr="00F8220C">
        <w:rPr>
          <w:rFonts w:ascii="Times New Roman" w:hAnsi="Times New Roman" w:cs="Times New Roman"/>
          <w:i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i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общество</w:t>
      </w:r>
    </w:p>
    <w:p w14:paraId="30201FFF" w14:textId="77777777" w:rsidR="00813C9E" w:rsidRPr="00F8220C" w:rsidRDefault="00813C9E" w:rsidP="00813C9E">
      <w:pPr>
        <w:pStyle w:val="af"/>
        <w:spacing w:before="60" w:line="292" w:lineRule="auto"/>
        <w:ind w:left="106" w:right="20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Наша Родина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Россия,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Российская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Федерация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Россия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её столица на карте. Государственные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символы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России.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Москва — столица России. Святыни Москвы — святыни России: Кремль, Красная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площадь, Большой театр и др.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Характеристика отдельных исторических событий, связанных с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Москвой</w:t>
      </w:r>
      <w:r w:rsidRPr="00F8220C">
        <w:rPr>
          <w:rFonts w:ascii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(основание</w:t>
      </w:r>
      <w:r w:rsidRPr="00F8220C">
        <w:rPr>
          <w:rFonts w:ascii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Москвы,</w:t>
      </w:r>
      <w:r w:rsidRPr="00F8220C">
        <w:rPr>
          <w:rFonts w:ascii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строительство</w:t>
      </w:r>
      <w:r w:rsidRPr="00F8220C">
        <w:rPr>
          <w:rFonts w:ascii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Кремля</w:t>
      </w:r>
      <w:r w:rsidRPr="00F8220C">
        <w:rPr>
          <w:rFonts w:ascii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др.).</w:t>
      </w:r>
      <w:r w:rsidRPr="00F8220C">
        <w:rPr>
          <w:rFonts w:ascii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Герб</w:t>
      </w:r>
      <w:r w:rsidRPr="00F8220C">
        <w:rPr>
          <w:rFonts w:ascii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Москвы.</w:t>
      </w:r>
      <w:r w:rsidRPr="00F8220C">
        <w:rPr>
          <w:rFonts w:ascii="Times New Roman" w:hAnsi="Times New Roman" w:cs="Times New Roman"/>
          <w:spacing w:val="6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Расположение</w:t>
      </w:r>
      <w:r w:rsidRPr="00F8220C">
        <w:rPr>
          <w:rFonts w:ascii="Times New Roman" w:hAnsi="Times New Roman" w:cs="Times New Roman"/>
          <w:spacing w:val="6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Москвы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карте.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Города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России.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Россия — многонациональное государство. Народы России, их традиции,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обычаи, праздники. Родной край, его природные и культурные достопримечательности. Значимые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события истории родного края. Свой регион и его главный город на карте; символика своего региона.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Хозяйственные занятия, профессии жителей родного края. Значение труда в жизни человека 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общества.</w:t>
      </w:r>
    </w:p>
    <w:p w14:paraId="5B784444" w14:textId="77777777" w:rsidR="00813C9E" w:rsidRPr="00F8220C" w:rsidRDefault="00813C9E" w:rsidP="00813C9E">
      <w:pPr>
        <w:pStyle w:val="af"/>
        <w:spacing w:line="292" w:lineRule="auto"/>
        <w:ind w:left="106" w:right="73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Семья. Семейные ценности и традиции. Родословная. Составление схемы родословного древа,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истории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семьи.</w:t>
      </w:r>
    </w:p>
    <w:p w14:paraId="2FDFBB3F" w14:textId="77777777" w:rsidR="00813C9E" w:rsidRPr="00F8220C" w:rsidRDefault="00813C9E" w:rsidP="00813C9E">
      <w:pPr>
        <w:pStyle w:val="af"/>
        <w:spacing w:line="292" w:lineRule="auto"/>
        <w:ind w:left="106" w:right="598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 культурного поведения в общественных местах. Доброта, справедливость, честность,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уважение к чужому мнению и особенностям других людей — главные правила взаимоотношений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членов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общества.</w:t>
      </w:r>
    </w:p>
    <w:p w14:paraId="351F31DC" w14:textId="77777777" w:rsidR="00813C9E" w:rsidRPr="00F8220C" w:rsidRDefault="00813C9E" w:rsidP="00813C9E">
      <w:pPr>
        <w:spacing w:line="274" w:lineRule="exact"/>
        <w:ind w:left="286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Человек</w:t>
      </w:r>
      <w:r w:rsidRPr="00F8220C">
        <w:rPr>
          <w:rFonts w:ascii="Times New Roman" w:hAnsi="Times New Roman" w:cs="Times New Roman"/>
          <w:i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i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природа</w:t>
      </w:r>
    </w:p>
    <w:p w14:paraId="08C893D3" w14:textId="77777777" w:rsidR="00813C9E" w:rsidRPr="00F8220C" w:rsidRDefault="00813C9E" w:rsidP="00813C9E">
      <w:pPr>
        <w:pStyle w:val="af"/>
        <w:spacing w:before="53" w:line="292" w:lineRule="auto"/>
        <w:ind w:left="106" w:right="854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Методы познания природы: наблюдения, опыты, измерения. Звёзды и созвездия, наблюдения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звёздного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неба.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Планеты.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Чем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Земля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отличается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других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планет;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условия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Земле.</w:t>
      </w:r>
    </w:p>
    <w:p w14:paraId="11DBC365" w14:textId="77777777" w:rsidR="00813C9E" w:rsidRPr="00F8220C" w:rsidRDefault="00813C9E" w:rsidP="00813C9E">
      <w:pPr>
        <w:pStyle w:val="af"/>
        <w:spacing w:line="292" w:lineRule="auto"/>
        <w:ind w:left="106" w:right="437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Изображения Земли: глобус, карта, план. Карта мира. Материки, океаны. Определение сторон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горизонта при помощи компаса. Ориентирование на местности по местным природным признакам,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Солнцу.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Компас, устройство;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ориентирование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помощью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компаса.</w:t>
      </w:r>
    </w:p>
    <w:p w14:paraId="36E3C6F1" w14:textId="77777777" w:rsidR="00813C9E" w:rsidRPr="00F8220C" w:rsidRDefault="00813C9E" w:rsidP="00813C9E">
      <w:pPr>
        <w:pStyle w:val="af"/>
        <w:spacing w:line="292" w:lineRule="auto"/>
        <w:ind w:left="106" w:right="13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Многообразие растений. Деревья, кустарники, травы. Дикорастущие и культурные растения.</w:t>
      </w:r>
      <w:r w:rsidRPr="00F8220C">
        <w:rPr>
          <w:rFonts w:ascii="Times New Roman" w:hAnsi="Times New Roman" w:cs="Times New Roman"/>
          <w:spacing w:val="6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Связи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 природе.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Годовой ход изменений в жизни растений. Многообразие животных. Насекомые, рыбы,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птицы, звери, земноводные, пресмыкающиеся: общая характеристика внешних признаков. Связи в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природе.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Годовой ход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изменений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 животных.</w:t>
      </w:r>
    </w:p>
    <w:p w14:paraId="5B53EFCE" w14:textId="77777777" w:rsidR="00813C9E" w:rsidRPr="00F8220C" w:rsidRDefault="00813C9E" w:rsidP="00813C9E">
      <w:pPr>
        <w:pStyle w:val="af"/>
        <w:spacing w:line="292" w:lineRule="auto"/>
        <w:ind w:left="106" w:right="214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Красная книга России, её значение, отдельные представители растений и животных Красной книги.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Заповедники,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природные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парки.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Охрана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природы.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нравственного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поведения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природе.</w:t>
      </w:r>
    </w:p>
    <w:p w14:paraId="3E238D06" w14:textId="77777777" w:rsidR="00813C9E" w:rsidRPr="00F8220C" w:rsidRDefault="00813C9E" w:rsidP="00813C9E">
      <w:pPr>
        <w:spacing w:line="275" w:lineRule="exact"/>
        <w:ind w:left="286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Правила</w:t>
      </w:r>
      <w:r w:rsidRPr="00F8220C">
        <w:rPr>
          <w:rFonts w:ascii="Times New Roman" w:hAnsi="Times New Roman" w:cs="Times New Roman"/>
          <w:i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безопасной</w:t>
      </w:r>
      <w:r w:rsidRPr="00F8220C">
        <w:rPr>
          <w:rFonts w:ascii="Times New Roman" w:hAnsi="Times New Roman" w:cs="Times New Roman"/>
          <w:i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  <w:lang w:val="ru-RU"/>
        </w:rPr>
        <w:t>жизни</w:t>
      </w:r>
    </w:p>
    <w:p w14:paraId="74E5FB30" w14:textId="77777777" w:rsidR="00813C9E" w:rsidRPr="00F8220C" w:rsidRDefault="00813C9E" w:rsidP="00813C9E">
      <w:pPr>
        <w:pStyle w:val="af"/>
        <w:spacing w:before="55" w:line="292" w:lineRule="auto"/>
        <w:ind w:left="106" w:right="87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Здоровый образ жизни: режим дня (чередование сна, учебных занятий, двигательной активности) 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рациональное питание (количество приёмов пищи и рацион питания). Физическая культура,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закаливание,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игры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воздухе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условие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сохранения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укрепления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здоровья.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безопасности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школе (маршрут до школы, правила поведения на занятиях, переменах, при приёмах пищи и на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пришкольной территории), в быту, на прогулках. Правила безопасного поведения пассажира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наземного транспорта и метро (ожидание на остановке, посадка, размещение в салоне или вагоне,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высадка,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знаки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безопасности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общественном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транспорте).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Номера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телефонов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экстренной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помощи.</w:t>
      </w:r>
    </w:p>
    <w:p w14:paraId="35E262BD" w14:textId="77777777" w:rsidR="00813C9E" w:rsidRPr="00F8220C" w:rsidRDefault="00813C9E" w:rsidP="00813C9E">
      <w:pPr>
        <w:pStyle w:val="af"/>
        <w:spacing w:line="292" w:lineRule="auto"/>
        <w:ind w:left="106" w:right="774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 поведения при пользовании компьютером. Безопасность в Интернете (коммуникация в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мессенджерах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социальных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группах)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условиях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контролируемого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доступа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Интернет.</w:t>
      </w:r>
    </w:p>
    <w:p w14:paraId="48F2C1B4" w14:textId="77777777" w:rsidR="00813C9E" w:rsidRPr="00F8220C" w:rsidRDefault="00813C9E" w:rsidP="00813C9E">
      <w:pPr>
        <w:pStyle w:val="1"/>
        <w:spacing w:before="115"/>
        <w:ind w:left="28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Универсальные</w:t>
      </w:r>
      <w:r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учебные</w:t>
      </w:r>
      <w:r w:rsidRPr="00F8220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действия</w:t>
      </w:r>
      <w:r w:rsidRPr="00F8220C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(пропедевтический</w:t>
      </w:r>
      <w:r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уровень)</w:t>
      </w:r>
    </w:p>
    <w:p w14:paraId="23FDF673" w14:textId="77777777" w:rsidR="00813C9E" w:rsidRPr="00F8220C" w:rsidRDefault="00813C9E" w:rsidP="00813C9E">
      <w:pPr>
        <w:spacing w:before="60"/>
        <w:ind w:left="286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Познавательные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универсальные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учебные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60E46E5F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ориентироваться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методах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познания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(наблюдение,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опыт,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сравнение,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измерение);</w:t>
      </w:r>
    </w:p>
    <w:p w14:paraId="366B0F20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наблюдения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состояние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вещества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(жидкое,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твёрдое,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газообразное);</w:t>
      </w:r>
    </w:p>
    <w:p w14:paraId="44300595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различать</w:t>
      </w:r>
      <w:proofErr w:type="spellEnd"/>
      <w:r w:rsidRPr="00F8220C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символы</w:t>
      </w:r>
      <w:proofErr w:type="spellEnd"/>
      <w:r w:rsidRPr="00F8220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</w:rPr>
        <w:t>РФ;</w:t>
      </w:r>
    </w:p>
    <w:p w14:paraId="0152FF7F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1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деревья,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кустарники,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травы;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приводить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примеры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пределах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изученного);</w:t>
      </w:r>
    </w:p>
    <w:p w14:paraId="682060DC" w14:textId="77777777" w:rsidR="00813C9E" w:rsidRPr="00F8220C" w:rsidRDefault="00813C9E" w:rsidP="00813C9E">
      <w:pPr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3D30BAD4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78" w:after="0" w:line="292" w:lineRule="auto"/>
        <w:ind w:right="365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группировать растения: дикорастущие и культурные; лекарственные и ядовитые (в пределах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изученного);</w:t>
      </w:r>
    </w:p>
    <w:p w14:paraId="117C3355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различать</w:t>
      </w:r>
      <w:proofErr w:type="spellEnd"/>
      <w:r w:rsidRPr="00F8220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прошлое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,</w:t>
      </w:r>
      <w:r w:rsidRPr="00F8220C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настоящее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,</w:t>
      </w:r>
      <w:r w:rsidRPr="00F8220C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будущее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.</w:t>
      </w:r>
    </w:p>
    <w:p w14:paraId="64C9EEF6" w14:textId="77777777" w:rsidR="00813C9E" w:rsidRPr="00F8220C" w:rsidRDefault="00813C9E" w:rsidP="00813C9E">
      <w:pPr>
        <w:spacing w:before="168"/>
        <w:ind w:left="286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Работа</w:t>
      </w:r>
      <w:proofErr w:type="spellEnd"/>
      <w:r w:rsidRPr="00F8220C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</w:rPr>
        <w:t>с</w:t>
      </w:r>
      <w:r w:rsidRPr="00F8220C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информацией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31E13E37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информацию,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представленную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тексте,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графически,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аудиовизуально;</w:t>
      </w:r>
    </w:p>
    <w:p w14:paraId="291C9E92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читать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информацию,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представленную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схеме,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таблице;</w:t>
      </w:r>
    </w:p>
    <w:p w14:paraId="49FC11AB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используя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текстовую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информацию,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заполнять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таблицы;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дополнять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схемы;</w:t>
      </w:r>
    </w:p>
    <w:p w14:paraId="663EA3A9" w14:textId="77777777" w:rsidR="00813C9E" w:rsidRPr="00F8220C" w:rsidRDefault="00813C9E" w:rsidP="00813C9E">
      <w:pPr>
        <w:pStyle w:val="ae"/>
        <w:widowControl w:val="0"/>
        <w:numPr>
          <w:ilvl w:val="0"/>
          <w:numId w:val="14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соотносить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пример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(рисунок,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предложенную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ситуацию)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временем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протекания.</w:t>
      </w:r>
    </w:p>
    <w:p w14:paraId="0C1982BC" w14:textId="77777777" w:rsidR="00813C9E" w:rsidRPr="00F8220C" w:rsidRDefault="00813C9E" w:rsidP="00813C9E">
      <w:pPr>
        <w:spacing w:before="168"/>
        <w:ind w:left="286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Коммуникативные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универсальные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учебные</w:t>
      </w:r>
      <w:proofErr w:type="spellEnd"/>
      <w:r w:rsidRPr="00F8220C">
        <w:rPr>
          <w:rFonts w:ascii="Times New Roman" w:hAnsi="Times New Roman" w:cs="Times New Roman"/>
          <w:i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49B90ED5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before="61" w:after="0" w:line="240" w:lineRule="auto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ориентироваться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терминах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(понятиях),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соотносить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краткой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характеристикой:</w:t>
      </w:r>
    </w:p>
    <w:p w14:paraId="5B7AE57B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65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понятия и термины, связанные с социальным миром (индивидуальность человека, органы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чувств, жизнедеятельность; поколение, старшее поколение, культура поведения; Родина,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столица,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родной край, регион);</w:t>
      </w:r>
    </w:p>
    <w:p w14:paraId="14C2934D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8" w:after="0" w:line="292" w:lineRule="auto"/>
        <w:ind w:right="51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понятия и термины, связанные с миром природы (среда обитания, тело, явление, вещество;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заповедник);</w:t>
      </w:r>
    </w:p>
    <w:p w14:paraId="0799AEDE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92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понятия и термины, связанные с организацией своей жизни и охраны здоровья (режим,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правильное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питание,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закаливание,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безопасность, опасная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ситуация);</w:t>
      </w:r>
    </w:p>
    <w:p w14:paraId="2DD62F79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before="107" w:after="0" w:line="292" w:lineRule="auto"/>
        <w:ind w:left="106" w:right="1048" w:firstLine="18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описывать условия жизни на Земле, отличие нашей планеты от других планет Солнечной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системы;</w:t>
      </w:r>
    </w:p>
    <w:p w14:paraId="0CE810F9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after="0" w:line="292" w:lineRule="auto"/>
        <w:ind w:left="106" w:right="336" w:firstLine="18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создавать небольшие описания на предложенную тему (например, «Моя семья», «Какие бывают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профессии?»,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«Что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«умеют»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органы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чувств?»,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«Лес —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природное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сообщество»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др.);</w:t>
      </w:r>
    </w:p>
    <w:p w14:paraId="3DDFD608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after="0" w:line="292" w:lineRule="auto"/>
        <w:ind w:left="106" w:right="632" w:firstLine="18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создавать высказывания-рассуждения (например, признаки животного и растения как живого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существа;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связь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изменений 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живой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 с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явлениями неживой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природы);</w:t>
      </w:r>
    </w:p>
    <w:p w14:paraId="4F22C5E0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after="0" w:line="292" w:lineRule="auto"/>
        <w:ind w:left="106" w:right="725" w:firstLine="18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приводить примеры растений и животных, занесённых в Красную книгу России (на примере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своей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местности);</w:t>
      </w:r>
    </w:p>
    <w:p w14:paraId="040DFB78" w14:textId="77777777" w:rsidR="00813C9E" w:rsidRPr="00F8220C" w:rsidRDefault="00813C9E" w:rsidP="00813C9E">
      <w:pPr>
        <w:pStyle w:val="ae"/>
        <w:widowControl w:val="0"/>
        <w:numPr>
          <w:ilvl w:val="0"/>
          <w:numId w:val="13"/>
        </w:numPr>
        <w:tabs>
          <w:tab w:val="left" w:pos="527"/>
        </w:tabs>
        <w:autoSpaceDE w:val="0"/>
        <w:autoSpaceDN w:val="0"/>
        <w:spacing w:after="0" w:line="275" w:lineRule="exact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описывать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современные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события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имени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участника.</w:t>
      </w:r>
    </w:p>
    <w:p w14:paraId="2774DCF3" w14:textId="77777777" w:rsidR="00813C9E" w:rsidRPr="00F8220C" w:rsidRDefault="00813C9E" w:rsidP="00813C9E">
      <w:pPr>
        <w:spacing w:before="176"/>
        <w:ind w:left="286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Регулятивные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универсальные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учебные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494D0C27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следовать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образцу,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предложенному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плану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инструкции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решении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задачи;</w:t>
      </w:r>
    </w:p>
    <w:p w14:paraId="2BD7FEA6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80" w:after="0" w:line="292" w:lineRule="auto"/>
        <w:ind w:right="535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контролировать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небольшой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помощью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последовательность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решению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задачи;</w:t>
      </w:r>
    </w:p>
    <w:p w14:paraId="1850EEEA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98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оценивать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своей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работы,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анализировать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оценку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одноклассников,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спокойно,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без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обид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принимать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советы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замечания.</w:t>
      </w:r>
    </w:p>
    <w:p w14:paraId="73EA3ADB" w14:textId="77777777" w:rsidR="00813C9E" w:rsidRPr="00F8220C" w:rsidRDefault="00813C9E" w:rsidP="00813C9E">
      <w:pPr>
        <w:spacing w:before="107"/>
        <w:ind w:left="286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Совместная</w:t>
      </w:r>
      <w:proofErr w:type="spellEnd"/>
      <w:r w:rsidRPr="00F8220C">
        <w:rPr>
          <w:rFonts w:ascii="Times New Roman" w:hAnsi="Times New Roman" w:cs="Times New Roman"/>
          <w:i/>
          <w:spacing w:val="-7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деятельность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7BE0D812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104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строить свою учебную и игровую деятельность, житейские ситуации в соответствии с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правилами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поведения, принятыми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обществе;</w:t>
      </w:r>
    </w:p>
    <w:p w14:paraId="7BCE15C2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104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оценивать жизненные ситуации с точки зрения правил поведения, культуры общения,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проявления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терпения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уважения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собеседнику;</w:t>
      </w:r>
    </w:p>
    <w:p w14:paraId="2C25B0FC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38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проводить в парах (группах) простые опыты по определению свойств разных веществ (вода,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молоко, сахар, соль, железо), совместно намечать план работы, оценивать свой вклад в общее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дело;</w:t>
      </w:r>
    </w:p>
    <w:p w14:paraId="3D03709D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80" w:right="560" w:bottom="280" w:left="560" w:header="720" w:footer="720" w:gutter="0"/>
          <w:cols w:space="720"/>
        </w:sectPr>
      </w:pPr>
    </w:p>
    <w:p w14:paraId="4804124C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66" w:after="0" w:line="292" w:lineRule="auto"/>
        <w:ind w:right="89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определять причины возможных конфликтов, выбирать (из предложенных) способы их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разрешения.</w:t>
      </w:r>
    </w:p>
    <w:p w14:paraId="5F3ED097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640" w:right="560" w:bottom="280" w:left="560" w:header="720" w:footer="720" w:gutter="0"/>
          <w:cols w:space="720"/>
        </w:sectPr>
      </w:pPr>
    </w:p>
    <w:p w14:paraId="07D508AD" w14:textId="77777777" w:rsidR="00813C9E" w:rsidRPr="00F8220C" w:rsidRDefault="001A58E8" w:rsidP="00813C9E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6EF5069D">
          <v:rect id="Rectangle 9" o:spid="_x0000_s1034" style="position:absolute;margin-left:33.3pt;margin-top:22.9pt;width:528.15pt;height:.6pt;z-index:-2516602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ПЛАНИРУЕМЫЕ</w:t>
      </w:r>
      <w:r w:rsidR="00813C9E" w:rsidRPr="00F8220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ОБРАЗОВАТЕЛЬНЫЕ</w:t>
      </w:r>
      <w:r w:rsidR="00813C9E" w:rsidRPr="00F8220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</w:p>
    <w:p w14:paraId="12BA83D5" w14:textId="77777777" w:rsidR="00813C9E" w:rsidRPr="00F8220C" w:rsidRDefault="00813C9E" w:rsidP="00813C9E">
      <w:pPr>
        <w:pStyle w:val="af"/>
        <w:spacing w:before="179" w:line="292" w:lineRule="auto"/>
        <w:ind w:left="106" w:right="82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Изучение предмета "Окружающий мир" в 2 классе направлено на достижение обучающимися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личностных,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метапредметных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предметных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результатов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освоения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предмета.</w:t>
      </w:r>
    </w:p>
    <w:p w14:paraId="18603196" w14:textId="77777777" w:rsidR="00813C9E" w:rsidRPr="00F8220C" w:rsidRDefault="001A58E8" w:rsidP="00813C9E">
      <w:pPr>
        <w:pStyle w:val="1"/>
        <w:spacing w:before="155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 w14:anchorId="490BAB7F">
          <v:rect id="Rectangle 8" o:spid="_x0000_s1033" style="position:absolute;margin-left:33.3pt;margin-top:27.35pt;width:528.15pt;height:.6pt;z-index:-25165926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ЛИЧНОСТНЫЕ</w:t>
      </w:r>
      <w:r w:rsidR="00813C9E"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</w:p>
    <w:p w14:paraId="3D5B0B9A" w14:textId="77777777" w:rsidR="00813C9E" w:rsidRPr="00F8220C" w:rsidRDefault="00813C9E" w:rsidP="00813C9E">
      <w:pPr>
        <w:pStyle w:val="af"/>
        <w:spacing w:before="179" w:line="292" w:lineRule="auto"/>
        <w:ind w:left="106" w:right="793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Личностные результаты изучения предмета «Окружающий мир» характеризуют готовность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обучающихся руководствоваться традиционными российскими социокультурными и духовно-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нравственными ценностями, принятыми в обществе правилами и нормами поведения и должны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отражать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приобретение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первоначального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опыта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обучающихся,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части:</w:t>
      </w:r>
    </w:p>
    <w:p w14:paraId="68D8F10E" w14:textId="77777777" w:rsidR="00813C9E" w:rsidRPr="00F8220C" w:rsidRDefault="00813C9E" w:rsidP="00813C9E">
      <w:pPr>
        <w:pStyle w:val="1"/>
        <w:spacing w:before="0" w:line="274" w:lineRule="exact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Гражданско-патриотического</w:t>
      </w:r>
      <w:proofErr w:type="spellEnd"/>
      <w:r w:rsidRPr="00F8220C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воспитания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65A48551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80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становление ценностного отношения к своей Родине — России; понимание особой роли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многонациональной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России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современном мире;</w:t>
      </w:r>
    </w:p>
    <w:p w14:paraId="739B6F75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20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осознание своей этнокультурной и российской гражданской идентичности, принадлежности к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российскому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народу, к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своей национальной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общности;</w:t>
      </w:r>
    </w:p>
    <w:p w14:paraId="2D0FBF16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25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сопричастность к прошлому, настоящему и будущему своей страны и родного края;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проявление интереса к истории и многонациональной культуре своей страны, уважения к своему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другим народам;</w:t>
      </w:r>
    </w:p>
    <w:p w14:paraId="502271E7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8" w:after="0" w:line="292" w:lineRule="auto"/>
        <w:ind w:right="156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первоначальные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человеке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члене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общества,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осознание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ответственности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человека как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члена общества.</w:t>
      </w:r>
    </w:p>
    <w:p w14:paraId="54788CA0" w14:textId="77777777" w:rsidR="00813C9E" w:rsidRPr="00F8220C" w:rsidRDefault="00813C9E" w:rsidP="00813C9E">
      <w:pPr>
        <w:pStyle w:val="1"/>
        <w:spacing w:before="107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Духовно-нравственного</w:t>
      </w:r>
      <w:proofErr w:type="spellEnd"/>
      <w:r w:rsidRPr="00F8220C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воспитания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2FB7AA92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335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проявление культуры общения, уважительного отношения к людям, их взглядам, признанию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индивидуальности;</w:t>
      </w:r>
    </w:p>
    <w:p w14:paraId="341771B7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982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принятие существующих в обществе нравственно-этических норм поведения и правил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межличностных отношений, которые строятся на проявлении гуманизма, сопереживания,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уважения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доброжелательности;</w:t>
      </w:r>
    </w:p>
    <w:p w14:paraId="027248AF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8" w:after="0" w:line="292" w:lineRule="auto"/>
        <w:ind w:right="72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применение правил совместной деятельности, проявление способности договариваться,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неприятие любых форм поведения, направленных на причинение физического и морального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вреда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другим людям.</w:t>
      </w:r>
    </w:p>
    <w:p w14:paraId="755B14D2" w14:textId="77777777" w:rsidR="00813C9E" w:rsidRPr="00F8220C" w:rsidRDefault="00813C9E" w:rsidP="00813C9E">
      <w:pPr>
        <w:pStyle w:val="1"/>
        <w:spacing w:before="106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Эстетического</w:t>
      </w:r>
      <w:proofErr w:type="spellEnd"/>
      <w:r w:rsidRPr="00F8220C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воспитания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423AC5C9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36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понимание особой роли России в развитии общемировой художественной культуры,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проявление уважительного отношения, восприимчивости и интереса к разным видам искусства,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традициям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творчеству своего 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других народов;</w:t>
      </w:r>
    </w:p>
    <w:p w14:paraId="63C28669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270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использование полученных знаний в продуктивной и преобразующей деятельности, в разных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видах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художественной деятельности.</w:t>
      </w:r>
    </w:p>
    <w:p w14:paraId="38AB548B" w14:textId="77777777" w:rsidR="00813C9E" w:rsidRPr="00F8220C" w:rsidRDefault="00813C9E" w:rsidP="00813C9E">
      <w:pPr>
        <w:pStyle w:val="1"/>
        <w:spacing w:before="106"/>
        <w:ind w:left="28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Физического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воспитания,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формирования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культуры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здоровья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эмоционального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благополучия:</w:t>
      </w:r>
    </w:p>
    <w:p w14:paraId="1FD72FA4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45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соблюдение правил организации здорового и безопасного (для себя и других людей) образа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жизни; выполнение правил безопасного поведении в окружающей среде (в том числе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информационной);</w:t>
      </w:r>
    </w:p>
    <w:p w14:paraId="1D4B6392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19" w:after="0" w:line="292" w:lineRule="auto"/>
        <w:ind w:right="58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приобретение опыта эмоционального отношения к среде обитания, бережное отношение к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физическому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психическому здоровью.</w:t>
      </w:r>
    </w:p>
    <w:p w14:paraId="7037AC55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22DB1FFB" w14:textId="77777777" w:rsidR="00813C9E" w:rsidRPr="00F8220C" w:rsidRDefault="00813C9E" w:rsidP="00813C9E">
      <w:pPr>
        <w:pStyle w:val="1"/>
        <w:ind w:left="2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lastRenderedPageBreak/>
        <w:t>Трудового</w:t>
      </w:r>
      <w:proofErr w:type="spellEnd"/>
      <w:r w:rsidRPr="00F8220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воспитания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4B66B7A0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717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осознание ценности трудовой деятельности в жизни человека и общества, ответственное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потребление и бережное отношение к результатам труда, навыки участия в различных видах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трудовой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деятельности, интерес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различным профессиям.</w:t>
      </w:r>
    </w:p>
    <w:p w14:paraId="3E9F4DFE" w14:textId="77777777" w:rsidR="00813C9E" w:rsidRPr="00F8220C" w:rsidRDefault="00813C9E" w:rsidP="00813C9E">
      <w:pPr>
        <w:pStyle w:val="1"/>
        <w:spacing w:before="106"/>
        <w:ind w:left="2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Экологического</w:t>
      </w:r>
      <w:proofErr w:type="spellEnd"/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воспитания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007FCD16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92" w:lineRule="auto"/>
        <w:ind w:right="636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осознание роли человека в природе и обществе, принятие экологических норм поведения,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бережного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отношения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неприятие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действий, приносящих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ей вред.</w:t>
      </w:r>
    </w:p>
    <w:p w14:paraId="41EB873B" w14:textId="77777777" w:rsidR="00813C9E" w:rsidRPr="00F8220C" w:rsidRDefault="00813C9E" w:rsidP="00813C9E">
      <w:pPr>
        <w:pStyle w:val="1"/>
        <w:spacing w:before="107"/>
        <w:ind w:left="2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Ценности</w:t>
      </w:r>
      <w:proofErr w:type="spellEnd"/>
      <w:r w:rsidRPr="00F8220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научного</w:t>
      </w:r>
      <w:proofErr w:type="spellEnd"/>
      <w:r w:rsidRPr="00F8220C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познания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03AFABCB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ориентация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первоначальные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научной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картине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мира;</w:t>
      </w:r>
    </w:p>
    <w:p w14:paraId="055E4305" w14:textId="77777777" w:rsidR="00813C9E" w:rsidRPr="00F8220C" w:rsidRDefault="00813C9E" w:rsidP="00813C9E">
      <w:pPr>
        <w:pStyle w:val="ae"/>
        <w:widowControl w:val="0"/>
        <w:numPr>
          <w:ilvl w:val="1"/>
          <w:numId w:val="13"/>
        </w:numPr>
        <w:tabs>
          <w:tab w:val="left" w:pos="887"/>
        </w:tabs>
        <w:autoSpaceDE w:val="0"/>
        <w:autoSpaceDN w:val="0"/>
        <w:spacing w:before="180" w:after="0" w:line="292" w:lineRule="auto"/>
        <w:ind w:right="77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осознание ценности познания, проявление познавательного интереса, активности,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инициативности, любознательности и самостоятельности в обогащении своих знаний, в том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использованием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различных информационных средств.</w:t>
      </w:r>
    </w:p>
    <w:p w14:paraId="0C3DDA1B" w14:textId="77777777" w:rsidR="00813C9E" w:rsidRPr="00F8220C" w:rsidRDefault="001A58E8" w:rsidP="00813C9E">
      <w:pPr>
        <w:pStyle w:val="1"/>
        <w:spacing w:before="215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 w14:anchorId="5FBF07B8">
          <v:rect id="Rectangle 7" o:spid="_x0000_s1032" style="position:absolute;margin-left:33.3pt;margin-top:30.35pt;width:528.15pt;height:.6pt;z-index:-25165824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МЕТАПРЕДМЕТНЫЕ</w:t>
      </w:r>
      <w:r w:rsidR="00813C9E" w:rsidRPr="00F8220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</w:p>
    <w:p w14:paraId="3BE4F5A1" w14:textId="77777777" w:rsidR="00813C9E" w:rsidRPr="00F8220C" w:rsidRDefault="00813C9E" w:rsidP="00813C9E">
      <w:pPr>
        <w:spacing w:before="179"/>
        <w:ind w:left="286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Познавательныеуниверсальные</w:t>
      </w:r>
      <w:proofErr w:type="spellEnd"/>
      <w:r w:rsidRPr="00F8220C">
        <w:rPr>
          <w:rFonts w:ascii="Times New Roman" w:hAnsi="Times New Roman" w:cs="Times New Roman"/>
          <w:b/>
          <w:spacing w:val="-1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учебные</w:t>
      </w:r>
      <w:r w:rsidRPr="00F8220C">
        <w:rPr>
          <w:rFonts w:ascii="Times New Roman" w:hAnsi="Times New Roman" w:cs="Times New Roman"/>
          <w:b/>
          <w:spacing w:val="-1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действия:</w:t>
      </w:r>
    </w:p>
    <w:p w14:paraId="59B007B0" w14:textId="77777777" w:rsidR="00813C9E" w:rsidRPr="00F8220C" w:rsidRDefault="00813C9E" w:rsidP="00813C9E">
      <w:pPr>
        <w:pStyle w:val="ae"/>
        <w:widowControl w:val="0"/>
        <w:numPr>
          <w:ilvl w:val="0"/>
          <w:numId w:val="12"/>
        </w:numPr>
        <w:tabs>
          <w:tab w:val="left" w:pos="611"/>
        </w:tabs>
        <w:autoSpaceDE w:val="0"/>
        <w:autoSpaceDN w:val="0"/>
        <w:spacing w:before="60" w:after="0" w:line="240" w:lineRule="auto"/>
        <w:contextualSpacing w:val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Базовые</w:t>
      </w:r>
      <w:proofErr w:type="spellEnd"/>
      <w:r w:rsidRPr="00F8220C">
        <w:rPr>
          <w:rFonts w:ascii="Times New Roman" w:hAnsi="Times New Roman" w:cs="Times New Roman"/>
          <w:i/>
          <w:spacing w:val="-5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логические</w:t>
      </w:r>
      <w:proofErr w:type="spellEnd"/>
      <w:r w:rsidRPr="00F8220C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5123E1D9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68" w:after="0" w:line="292" w:lineRule="auto"/>
        <w:ind w:right="84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понимать целостность окружающего мира (взаимосвязь природной и социальной среды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обитания),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проявлять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способность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ориентироваться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изменяющейся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действительности;</w:t>
      </w:r>
    </w:p>
    <w:p w14:paraId="689C25C9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322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 основе наблюдений доступных объектов окружающего мира устанавливать связи и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зависимости между объектами (часть — целое; причина — следствие; изменения во времени и в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пространстве);</w:t>
      </w:r>
    </w:p>
    <w:p w14:paraId="496275B2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8" w:after="0" w:line="292" w:lineRule="auto"/>
        <w:ind w:right="148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сравнивать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объекты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окружающего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мира,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основания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сравнения,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аналогии;</w:t>
      </w:r>
    </w:p>
    <w:p w14:paraId="614A1A29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объединять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объекта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(объекты)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определённому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признаку;</w:t>
      </w:r>
    </w:p>
    <w:p w14:paraId="72DA7155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80" w:after="0" w:line="292" w:lineRule="auto"/>
        <w:ind w:right="66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определять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существенный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признак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классификации,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классифицировать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предложенные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объекты;</w:t>
      </w:r>
    </w:p>
    <w:p w14:paraId="413AACEF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24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находить закономерности и противоречия в рассматриваемых фактах, данных и наблюдениях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 предложенного алгоритма;</w:t>
      </w:r>
    </w:p>
    <w:p w14:paraId="03092BC3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721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выявлять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недостаток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(практической)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задачи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алгоритма.</w:t>
      </w:r>
    </w:p>
    <w:p w14:paraId="11E090A3" w14:textId="77777777" w:rsidR="00813C9E" w:rsidRPr="00F8220C" w:rsidRDefault="00813C9E" w:rsidP="00813C9E">
      <w:pPr>
        <w:pStyle w:val="ae"/>
        <w:widowControl w:val="0"/>
        <w:numPr>
          <w:ilvl w:val="0"/>
          <w:numId w:val="12"/>
        </w:numPr>
        <w:tabs>
          <w:tab w:val="left" w:pos="611"/>
        </w:tabs>
        <w:autoSpaceDE w:val="0"/>
        <w:autoSpaceDN w:val="0"/>
        <w:spacing w:before="107" w:after="0" w:line="240" w:lineRule="auto"/>
        <w:contextualSpacing w:val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Базовые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исследовательские</w:t>
      </w:r>
      <w:proofErr w:type="spellEnd"/>
      <w:r w:rsidRPr="00F8220C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6F198AEA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68" w:after="0" w:line="292" w:lineRule="auto"/>
        <w:ind w:right="73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проводить (по предложенному и самостоятельно составленному плану или выдвинутому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предположению) наблюдения, несложные опыты; проявлять интерес к экспериментам,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проводимым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под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руководством учителя;</w:t>
      </w:r>
    </w:p>
    <w:p w14:paraId="41F331B6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8" w:after="0" w:line="292" w:lineRule="auto"/>
        <w:ind w:right="86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определять разницу между реальным и желательным состоянием объекта (ситуации) на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предложенных вопросов;</w:t>
      </w:r>
    </w:p>
    <w:p w14:paraId="29C6F2F4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580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формулировать с помощью учителя цель предстоящей работы, прогнозировать возможное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развитие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процессов,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событий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последствия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аналогичных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сходных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ситуациях;</w:t>
      </w:r>
    </w:p>
    <w:p w14:paraId="50633A54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22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моделировать ситуации на основе изученного материала о связях в природе (живая и неживая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природа,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цепи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питания;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природные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зоны),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социуме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(лента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времени;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поведение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его</w:t>
      </w:r>
    </w:p>
    <w:p w14:paraId="09C1917E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61F7549B" w14:textId="77777777" w:rsidR="00813C9E" w:rsidRPr="00F8220C" w:rsidRDefault="00813C9E" w:rsidP="00813C9E">
      <w:pPr>
        <w:pStyle w:val="af"/>
        <w:spacing w:before="62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последствия;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коллективный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труд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др.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6875A33C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80" w:after="0" w:line="292" w:lineRule="auto"/>
        <w:ind w:right="107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проводить по предложенному плану опыт, несложное исследование по установлению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особенностей объекта изучения и связей между объектами (часть — целое, причина —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следствие);</w:t>
      </w:r>
    </w:p>
    <w:p w14:paraId="04042857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8" w:after="0" w:line="292" w:lineRule="auto"/>
        <w:ind w:right="139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формулировать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выводы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подкреплять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доказательствами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результатов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проведённого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наблюдения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(опыта, измерения,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исследования).</w:t>
      </w:r>
    </w:p>
    <w:p w14:paraId="2E8C4888" w14:textId="77777777" w:rsidR="00813C9E" w:rsidRPr="00F8220C" w:rsidRDefault="00813C9E" w:rsidP="00813C9E">
      <w:pPr>
        <w:pStyle w:val="ae"/>
        <w:widowControl w:val="0"/>
        <w:numPr>
          <w:ilvl w:val="0"/>
          <w:numId w:val="12"/>
        </w:numPr>
        <w:tabs>
          <w:tab w:val="left" w:pos="611"/>
        </w:tabs>
        <w:autoSpaceDE w:val="0"/>
        <w:autoSpaceDN w:val="0"/>
        <w:spacing w:before="107" w:after="0" w:line="240" w:lineRule="auto"/>
        <w:contextualSpacing w:val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Работа</w:t>
      </w:r>
      <w:proofErr w:type="spellEnd"/>
      <w:r w:rsidRPr="00F8220C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i/>
          <w:sz w:val="24"/>
          <w:szCs w:val="24"/>
        </w:rPr>
        <w:t>с</w:t>
      </w:r>
      <w:r w:rsidRPr="00F8220C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информацией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56C7425A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68" w:after="0" w:line="292" w:lineRule="auto"/>
        <w:ind w:right="46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различные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источники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поиска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информации,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выбирать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источник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получения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учётом учебной задачи;</w:t>
      </w:r>
    </w:p>
    <w:p w14:paraId="35495255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137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согласно заданному алгоритму находить в предложенном источнике информацию,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представленную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явном виде;</w:t>
      </w:r>
    </w:p>
    <w:p w14:paraId="58E86656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751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распознавать достоверную и недостоверную информацию самостоятельно или на основе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предложенного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учителем способа её проверки;</w:t>
      </w:r>
    </w:p>
    <w:p w14:paraId="66AADAD0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1765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находить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учебных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задач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текстовую,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графическую,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аудиовизуальную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информацию;</w:t>
      </w:r>
    </w:p>
    <w:p w14:paraId="43995B24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8" w:after="0" w:line="292" w:lineRule="auto"/>
        <w:ind w:right="957" w:firstLine="0"/>
        <w:contextualSpacing w:val="0"/>
        <w:rPr>
          <w:rFonts w:ascii="Times New Roman" w:hAnsi="Times New Roman" w:cs="Times New Roman"/>
          <w:sz w:val="24"/>
          <w:szCs w:val="24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 xml:space="preserve">читать и интерпретировать графически представленную информацию </w:t>
      </w:r>
      <w:r w:rsidRPr="00F8220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схему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таблицу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,</w:t>
      </w:r>
      <w:r w:rsidRPr="00F8220C">
        <w:rPr>
          <w:rFonts w:ascii="Times New Roman" w:hAnsi="Times New Roman" w:cs="Times New Roman"/>
          <w:spacing w:val="-5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иллюстрацию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);</w:t>
      </w:r>
    </w:p>
    <w:p w14:paraId="6D4A5E66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56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соблюдать правила информационной безопасности в условиях контролируемого доступа в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Интернет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(с помощью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учителя);</w:t>
      </w:r>
    </w:p>
    <w:p w14:paraId="59146597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117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анализировать и создавать текстовую, видео, графическую, звуковую информацию в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соответствии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 учебной задачей;</w:t>
      </w:r>
    </w:p>
    <w:p w14:paraId="7E8A397A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321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фиксировать полученные результаты в текстовой форме (отчёт, выступление, высказывание)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графическом виде (рисунок, схема,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диаграмма).</w:t>
      </w:r>
    </w:p>
    <w:p w14:paraId="17CC058B" w14:textId="77777777" w:rsidR="00813C9E" w:rsidRPr="00F8220C" w:rsidRDefault="00813C9E" w:rsidP="00813C9E">
      <w:pPr>
        <w:pStyle w:val="1"/>
        <w:spacing w:before="107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Коммуникативные</w:t>
      </w:r>
      <w:proofErr w:type="spellEnd"/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универсальные</w:t>
      </w:r>
      <w:proofErr w:type="spellEnd"/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учебные</w:t>
      </w:r>
      <w:proofErr w:type="spellEnd"/>
      <w:r w:rsidRPr="00F8220C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08FD61AB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68" w:after="0" w:line="292" w:lineRule="auto"/>
        <w:ind w:right="93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 процессе диалогов задавать вопросы, высказывать суждения, оценивать выступления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участников;</w:t>
      </w:r>
    </w:p>
    <w:p w14:paraId="7B988B20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24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признавать возможность существования разных точек зрения; корректно и аргументированно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высказывать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своё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мнение;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приводить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доказательства своей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правоты;</w:t>
      </w:r>
    </w:p>
    <w:p w14:paraId="261E38B2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851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соблюдать правила ведения диалога и дискуссии; проявлять уважительное отношение к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собеседнику;</w:t>
      </w:r>
    </w:p>
    <w:p w14:paraId="7071D80E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8" w:after="0" w:line="292" w:lineRule="auto"/>
        <w:ind w:right="741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смысловое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чтение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темы,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главной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мысли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социальной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жизни, взаимоотношениях 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поступках людей;</w:t>
      </w:r>
    </w:p>
    <w:p w14:paraId="5A7A97A8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создавать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устные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письменные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тексты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(описание,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рассуждение,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повествование);</w:t>
      </w:r>
    </w:p>
    <w:p w14:paraId="2C18EA90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80" w:after="0" w:line="292" w:lineRule="auto"/>
        <w:ind w:right="86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конструировать обобщения и выводы на основе полученных результатов наблюдений 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опытной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работы, подкреплять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доказательствами;</w:t>
      </w:r>
    </w:p>
    <w:p w14:paraId="52EB6AAE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94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находить ошибки и восстанавливать деформированный текст об изученных объектах 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явлениях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природы, событиях социальной жизни;</w:t>
      </w:r>
    </w:p>
    <w:p w14:paraId="2C688348" w14:textId="77777777" w:rsidR="00813C9E" w:rsidRPr="00F8220C" w:rsidRDefault="00813C9E" w:rsidP="00813C9E">
      <w:pPr>
        <w:pStyle w:val="ae"/>
        <w:widowControl w:val="0"/>
        <w:numPr>
          <w:ilvl w:val="1"/>
          <w:numId w:val="12"/>
        </w:numPr>
        <w:tabs>
          <w:tab w:val="left" w:pos="887"/>
        </w:tabs>
        <w:autoSpaceDE w:val="0"/>
        <w:autoSpaceDN w:val="0"/>
        <w:spacing w:before="119" w:after="0" w:line="292" w:lineRule="auto"/>
        <w:ind w:right="69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готовить небольшие публичные выступления с возможной презентацией (текст, рисунки,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фото,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плакаты и др. )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тексту выступления.</w:t>
      </w:r>
    </w:p>
    <w:p w14:paraId="4081347A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00" w:right="560" w:bottom="280" w:left="560" w:header="720" w:footer="720" w:gutter="0"/>
          <w:cols w:space="720"/>
        </w:sectPr>
      </w:pPr>
    </w:p>
    <w:p w14:paraId="37C70590" w14:textId="77777777" w:rsidR="00813C9E" w:rsidRPr="00F8220C" w:rsidRDefault="00813C9E" w:rsidP="00813C9E">
      <w:pPr>
        <w:pStyle w:val="1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lastRenderedPageBreak/>
        <w:t>Регулятивные</w:t>
      </w:r>
      <w:proofErr w:type="spellEnd"/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универсальные</w:t>
      </w:r>
      <w:proofErr w:type="spellEnd"/>
      <w:r w:rsidRPr="00F8220C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учебные</w:t>
      </w:r>
      <w:proofErr w:type="spellEnd"/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действия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692D2599" w14:textId="77777777" w:rsidR="00813C9E" w:rsidRPr="00F8220C" w:rsidRDefault="00813C9E" w:rsidP="00813C9E">
      <w:pPr>
        <w:pStyle w:val="ae"/>
        <w:widowControl w:val="0"/>
        <w:numPr>
          <w:ilvl w:val="0"/>
          <w:numId w:val="11"/>
        </w:numPr>
        <w:tabs>
          <w:tab w:val="left" w:pos="611"/>
        </w:tabs>
        <w:autoSpaceDE w:val="0"/>
        <w:autoSpaceDN w:val="0"/>
        <w:spacing w:before="60" w:after="0" w:line="240" w:lineRule="auto"/>
        <w:contextualSpacing w:val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Самоорганизация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040858F2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68" w:after="0" w:line="292" w:lineRule="auto"/>
        <w:ind w:right="900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планировать самостоятельно или с небольшой помощью учителя действия по решению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задачи;</w:t>
      </w:r>
    </w:p>
    <w:p w14:paraId="4F48E0C7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выстраивать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последовательность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выбранных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действий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операций.</w:t>
      </w:r>
    </w:p>
    <w:p w14:paraId="39E41A38" w14:textId="77777777" w:rsidR="00813C9E" w:rsidRPr="00F8220C" w:rsidRDefault="00813C9E" w:rsidP="00813C9E">
      <w:pPr>
        <w:pStyle w:val="ae"/>
        <w:widowControl w:val="0"/>
        <w:numPr>
          <w:ilvl w:val="0"/>
          <w:numId w:val="11"/>
        </w:numPr>
        <w:tabs>
          <w:tab w:val="left" w:pos="611"/>
        </w:tabs>
        <w:autoSpaceDE w:val="0"/>
        <w:autoSpaceDN w:val="0"/>
        <w:spacing w:before="168" w:after="0" w:line="240" w:lineRule="auto"/>
        <w:contextualSpacing w:val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Самоконтроль</w:t>
      </w:r>
      <w:proofErr w:type="spellEnd"/>
      <w:r w:rsidRPr="00F8220C">
        <w:rPr>
          <w:rFonts w:ascii="Times New Roman" w:hAnsi="Times New Roman" w:cs="Times New Roman"/>
          <w:i/>
          <w:sz w:val="24"/>
          <w:szCs w:val="24"/>
        </w:rPr>
        <w:t>:</w:t>
      </w:r>
    </w:p>
    <w:p w14:paraId="7ECEADB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осуществлять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контроль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процесса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результата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своей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деятельности;</w:t>
      </w:r>
    </w:p>
    <w:p w14:paraId="59EAF103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92" w:lineRule="auto"/>
        <w:ind w:right="29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находить ошибки в своей работе и устанавливать их причины; корректировать свои действия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необходимости (с небольшой помощью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учителя);</w:t>
      </w:r>
    </w:p>
    <w:p w14:paraId="252CEE76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372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предвидеть возможность возникновения трудностей и ошибок, предусматривать способы их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предупреждения,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житейских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ситуациях,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опасных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здоровья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жизни.</w:t>
      </w:r>
    </w:p>
    <w:p w14:paraId="47C4EDB3" w14:textId="77777777" w:rsidR="00813C9E" w:rsidRPr="00F8220C" w:rsidRDefault="00813C9E" w:rsidP="00813C9E">
      <w:pPr>
        <w:pStyle w:val="ae"/>
        <w:widowControl w:val="0"/>
        <w:numPr>
          <w:ilvl w:val="0"/>
          <w:numId w:val="11"/>
        </w:numPr>
        <w:tabs>
          <w:tab w:val="left" w:pos="611"/>
        </w:tabs>
        <w:autoSpaceDE w:val="0"/>
        <w:autoSpaceDN w:val="0"/>
        <w:spacing w:before="107"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i/>
          <w:sz w:val="24"/>
          <w:szCs w:val="24"/>
        </w:rPr>
        <w:t>Самооценка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68DFB4C8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68" w:after="0" w:line="292" w:lineRule="auto"/>
        <w:ind w:right="62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объективно оценивать результаты своей деятельности, соотносить свою оценку с оценкой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учителя;</w:t>
      </w:r>
    </w:p>
    <w:p w14:paraId="692744CE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162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оценивать целесообразность выбранных способов действия, при необходимости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корректировать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их.</w:t>
      </w:r>
    </w:p>
    <w:p w14:paraId="22877F1C" w14:textId="77777777" w:rsidR="00813C9E" w:rsidRPr="00F8220C" w:rsidRDefault="00813C9E" w:rsidP="00813C9E">
      <w:pPr>
        <w:pStyle w:val="1"/>
        <w:spacing w:before="107"/>
        <w:ind w:left="28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Совместная</w:t>
      </w:r>
      <w:proofErr w:type="spellEnd"/>
      <w:r w:rsidRPr="00F8220C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деятельность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:</w:t>
      </w:r>
    </w:p>
    <w:p w14:paraId="43241AB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68" w:after="0" w:line="292" w:lineRule="auto"/>
        <w:ind w:right="39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понимать значение коллективной деятельности для успешного решения учебной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(практической) задачи; активно участвовать в формулировании краткосрочных и долгосрочных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целей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совместной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изученного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материала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окружающему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миру);</w:t>
      </w:r>
    </w:p>
    <w:p w14:paraId="5B215ACF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8" w:after="0" w:line="292" w:lineRule="auto"/>
        <w:ind w:right="174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коллективно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строить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действия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достижению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цели: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распределять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роли,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договариваться,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обсуждать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процесс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результат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совместной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работы;</w:t>
      </w:r>
    </w:p>
    <w:p w14:paraId="29A594DC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проявлять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готовность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руководить,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поручения,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подчиняться;</w:t>
      </w:r>
    </w:p>
    <w:p w14:paraId="504C97B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92" w:lineRule="auto"/>
        <w:ind w:right="35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правила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совместной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деятельности: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справедливо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распределять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оценивать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работу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каждого участника; считаться с наличием разных мнений; не допускать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конфликтов, при их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возникновении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мирно разрешать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без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участия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взрослого;</w:t>
      </w:r>
    </w:p>
    <w:p w14:paraId="2564E827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ответственно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свою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работы.</w:t>
      </w:r>
    </w:p>
    <w:p w14:paraId="2B2ADB23" w14:textId="77777777" w:rsidR="00813C9E" w:rsidRPr="00F8220C" w:rsidRDefault="00813C9E" w:rsidP="00813C9E">
      <w:pPr>
        <w:pStyle w:val="af"/>
        <w:rPr>
          <w:rFonts w:ascii="Times New Roman" w:hAnsi="Times New Roman" w:cs="Times New Roman"/>
          <w:sz w:val="24"/>
          <w:szCs w:val="24"/>
          <w:lang w:val="ru-RU"/>
        </w:rPr>
      </w:pPr>
    </w:p>
    <w:p w14:paraId="2625A5AF" w14:textId="77777777" w:rsidR="00813C9E" w:rsidRPr="00F8220C" w:rsidRDefault="001A58E8" w:rsidP="00813C9E">
      <w:pPr>
        <w:pStyle w:val="1"/>
        <w:spacing w:before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 w14:anchorId="3E97FCDA">
          <v:rect id="Rectangle 6" o:spid="_x0000_s1031" style="position:absolute;margin-left:33.3pt;margin-top:19.65pt;width:528.15pt;height:.6pt;z-index:-25165721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ПРЕДМЕТНЫЕ</w:t>
      </w:r>
      <w:r w:rsidR="00813C9E"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РЕЗУЛЬТАТЫ</w:t>
      </w:r>
    </w:p>
    <w:p w14:paraId="0D51E77F" w14:textId="77777777" w:rsidR="00813C9E" w:rsidRPr="00F8220C" w:rsidRDefault="00813C9E" w:rsidP="00813C9E">
      <w:pPr>
        <w:pStyle w:val="af"/>
        <w:spacing w:before="179"/>
        <w:ind w:left="28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концу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обучения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b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классе</w:t>
      </w:r>
      <w:r w:rsidRPr="00F8220C">
        <w:rPr>
          <w:rFonts w:ascii="Times New Roman" w:hAnsi="Times New Roman" w:cs="Times New Roman"/>
          <w:b/>
          <w:spacing w:val="-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научится:</w:t>
      </w:r>
    </w:p>
    <w:p w14:paraId="1A2A9A1A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68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находить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Россию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карте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мира,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карте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Москву,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регион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его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главный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город;</w:t>
      </w:r>
    </w:p>
    <w:p w14:paraId="6F669C4D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92" w:lineRule="auto"/>
        <w:ind w:right="742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узнавать государственную символику Российской Федерации (гимн, герб, флаг) и своего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региона;</w:t>
      </w:r>
    </w:p>
    <w:p w14:paraId="4E873367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379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проявлять уважение к семейным ценностям и традициям, традициям своего народа и других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народов, государственным символам России; соблюдать правила нравственного поведения в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социуме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 на природе;</w:t>
      </w:r>
    </w:p>
    <w:p w14:paraId="33CBD2F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8" w:after="0" w:line="292" w:lineRule="auto"/>
        <w:ind w:right="1420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распознавать изученные объекты окружающего мира по их описанию, рисункам и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фотографиям,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различать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их 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окружающем мире;</w:t>
      </w:r>
    </w:p>
    <w:p w14:paraId="2D68C0FE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приводить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примеры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изученных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традиций,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обычаев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праздников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народов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родного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края;</w:t>
      </w:r>
    </w:p>
    <w:p w14:paraId="26C0AEC3" w14:textId="77777777" w:rsidR="00813C9E" w:rsidRPr="00F8220C" w:rsidRDefault="00813C9E" w:rsidP="00813C9E">
      <w:pPr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48FD2430" w14:textId="77777777" w:rsidR="00813C9E" w:rsidRPr="00F8220C" w:rsidRDefault="00813C9E" w:rsidP="00813C9E">
      <w:pPr>
        <w:pStyle w:val="af"/>
        <w:spacing w:before="62" w:line="292" w:lineRule="auto"/>
        <w:ind w:right="745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lastRenderedPageBreak/>
        <w:t>важных событий прошлого и настоящего родного края; трудовой деятельности и профессий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жителей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родного края;</w:t>
      </w:r>
    </w:p>
    <w:p w14:paraId="32622BDE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122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проводить, соблюдая правила безопасного труда, несложные наблюдения и опыты с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природными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объектами, измерения;</w:t>
      </w:r>
    </w:p>
    <w:p w14:paraId="7B39A2BC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8" w:after="0" w:line="292" w:lineRule="auto"/>
        <w:ind w:right="1094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приводить примеры изученных взаимосвязей в природе, при меры, иллюстрирующие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значение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жизни человека;</w:t>
      </w:r>
    </w:p>
    <w:p w14:paraId="6D250440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217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описывать на основе предложенного плана или опорных слов изученные культурные объекты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(достопримечательности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родного края,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музейные экспонаты);</w:t>
      </w:r>
    </w:p>
    <w:p w14:paraId="4020F220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288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описывать на основе предложенного плана или опорных слов изученные природные объекты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явления, 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числе звёзды, созвездия,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планеты;</w:t>
      </w:r>
    </w:p>
    <w:p w14:paraId="4AF59E99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группировать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изученные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живой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неживой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предложенным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признакам;</w:t>
      </w:r>
    </w:p>
    <w:p w14:paraId="4BD23FC7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сравнивать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объекты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живой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неживой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внешних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признаков;</w:t>
      </w:r>
    </w:p>
    <w:p w14:paraId="5BE59A38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ориентироваться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местности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местным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природным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знакам,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Солнцу,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компасу;</w:t>
      </w:r>
    </w:p>
    <w:p w14:paraId="125A49E3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947"/>
        </w:tabs>
        <w:autoSpaceDE w:val="0"/>
        <w:autoSpaceDN w:val="0"/>
        <w:spacing w:before="180" w:after="0" w:line="240" w:lineRule="auto"/>
        <w:ind w:left="946" w:hanging="421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создавать</w:t>
      </w:r>
      <w:r w:rsidRPr="00F8220C">
        <w:rPr>
          <w:rFonts w:ascii="Times New Roman" w:hAnsi="Times New Roman" w:cs="Times New Roman"/>
          <w:spacing w:val="5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F8220C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заданному</w:t>
      </w:r>
      <w:r w:rsidRPr="00F8220C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плану</w:t>
      </w:r>
      <w:r w:rsidRPr="00F8220C">
        <w:rPr>
          <w:rFonts w:ascii="Times New Roman" w:hAnsi="Times New Roman" w:cs="Times New Roman"/>
          <w:spacing w:val="5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развёрнутые</w:t>
      </w:r>
      <w:r w:rsidRPr="00F8220C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высказывания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обществе;</w:t>
      </w:r>
    </w:p>
    <w:p w14:paraId="2CD14064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ответов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вопросы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небольшие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тексты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природе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обществе;</w:t>
      </w:r>
    </w:p>
    <w:p w14:paraId="729FF54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1" w:after="0" w:line="292" w:lineRule="auto"/>
        <w:ind w:right="403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соблюдать правила нравственного поведения в социуме и в природе, оценивать примеры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положительного и негативного отношения к объектам природы, проявления внимания, помощи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людям,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нуждающимся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ней;</w:t>
      </w:r>
    </w:p>
    <w:p w14:paraId="7D915A10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8" w:after="0" w:line="292" w:lineRule="auto"/>
        <w:ind w:right="1222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соблюдать правила безопасного поведения в школе, правила безопасного поведения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пассажира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наземного транспорта и метро;</w:t>
      </w:r>
    </w:p>
    <w:p w14:paraId="4C391DB5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40" w:lineRule="auto"/>
        <w:ind w:left="886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соблюдать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режим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дня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питания;</w:t>
      </w:r>
    </w:p>
    <w:p w14:paraId="4635995F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80" w:after="0" w:line="292" w:lineRule="auto"/>
        <w:ind w:right="78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безопасно использовать мессенджеры Интернета в условиях контролируемого доступа в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Интернет;</w:t>
      </w:r>
    </w:p>
    <w:p w14:paraId="1149AB94" w14:textId="77777777" w:rsidR="00813C9E" w:rsidRPr="00F8220C" w:rsidRDefault="00813C9E" w:rsidP="00813C9E">
      <w:pPr>
        <w:pStyle w:val="ae"/>
        <w:widowControl w:val="0"/>
        <w:numPr>
          <w:ilvl w:val="1"/>
          <w:numId w:val="11"/>
        </w:numPr>
        <w:tabs>
          <w:tab w:val="left" w:pos="887"/>
        </w:tabs>
        <w:autoSpaceDE w:val="0"/>
        <w:autoSpaceDN w:val="0"/>
        <w:spacing w:before="119" w:after="0" w:line="292" w:lineRule="auto"/>
        <w:ind w:right="826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безопасно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осуществлять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коммуникацию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школьных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сообществах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помощью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случае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необходимости.</w:t>
      </w:r>
    </w:p>
    <w:p w14:paraId="52480CFA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00" w:right="560" w:bottom="280" w:left="560" w:header="720" w:footer="720" w:gutter="0"/>
          <w:cols w:space="720"/>
        </w:sectPr>
      </w:pPr>
    </w:p>
    <w:p w14:paraId="3126C636" w14:textId="77777777" w:rsidR="00813C9E" w:rsidRPr="00F8220C" w:rsidRDefault="001A58E8" w:rsidP="00813C9E">
      <w:pPr>
        <w:spacing w:before="80"/>
        <w:ind w:left="10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67CC1D52">
          <v:rect id="Rectangle 5" o:spid="_x0000_s1030" style="position:absolute;left:0;text-align:left;margin-left:33.3pt;margin-top:17.65pt;width:775.65pt;height:.6pt;z-index:-2516561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ТЕМАТИЧЕСКОЕ</w:t>
      </w:r>
      <w:r w:rsidR="00813C9E" w:rsidRPr="00F8220C">
        <w:rPr>
          <w:rFonts w:ascii="Times New Roman" w:hAnsi="Times New Roman" w:cs="Times New Roman"/>
          <w:b/>
          <w:spacing w:val="9"/>
          <w:sz w:val="24"/>
          <w:szCs w:val="24"/>
        </w:rPr>
        <w:t xml:space="preserve"> </w: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ПЛАНИРОВАНИЕ</w:t>
      </w:r>
    </w:p>
    <w:p w14:paraId="378ED4F8" w14:textId="77777777" w:rsidR="00813C9E" w:rsidRPr="00F8220C" w:rsidRDefault="00813C9E" w:rsidP="00813C9E">
      <w:pPr>
        <w:pStyle w:val="af"/>
        <w:spacing w:before="2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790"/>
        <w:gridCol w:w="528"/>
        <w:gridCol w:w="1104"/>
        <w:gridCol w:w="1140"/>
        <w:gridCol w:w="804"/>
        <w:gridCol w:w="3397"/>
        <w:gridCol w:w="1116"/>
        <w:gridCol w:w="2149"/>
      </w:tblGrid>
      <w:tr w:rsidR="00813C9E" w:rsidRPr="00F8220C" w14:paraId="29FC061C" w14:textId="77777777" w:rsidTr="00490334">
        <w:trPr>
          <w:trHeight w:val="333"/>
        </w:trPr>
        <w:tc>
          <w:tcPr>
            <w:tcW w:w="468" w:type="dxa"/>
            <w:vMerge w:val="restart"/>
          </w:tcPr>
          <w:p w14:paraId="7D8CEF47" w14:textId="77777777" w:rsidR="00813C9E" w:rsidRPr="00F8220C" w:rsidRDefault="00813C9E" w:rsidP="00490334">
            <w:pPr>
              <w:pStyle w:val="TableParagraph"/>
              <w:spacing w:before="74" w:line="266" w:lineRule="auto"/>
              <w:ind w:right="134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№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п/п</w:t>
            </w:r>
          </w:p>
        </w:tc>
        <w:tc>
          <w:tcPr>
            <w:tcW w:w="4790" w:type="dxa"/>
            <w:vMerge w:val="restart"/>
          </w:tcPr>
          <w:p w14:paraId="22C4780C" w14:textId="77777777" w:rsidR="00813C9E" w:rsidRPr="00F8220C" w:rsidRDefault="00813C9E" w:rsidP="00490334">
            <w:pPr>
              <w:pStyle w:val="TableParagraph"/>
              <w:spacing w:before="74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Наименование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разделов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тем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программы</w:t>
            </w:r>
          </w:p>
        </w:tc>
        <w:tc>
          <w:tcPr>
            <w:tcW w:w="2772" w:type="dxa"/>
            <w:gridSpan w:val="3"/>
          </w:tcPr>
          <w:p w14:paraId="663E2492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Количество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часов</w:t>
            </w:r>
          </w:p>
        </w:tc>
        <w:tc>
          <w:tcPr>
            <w:tcW w:w="804" w:type="dxa"/>
            <w:vMerge w:val="restart"/>
          </w:tcPr>
          <w:p w14:paraId="790DE86D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 w:right="39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Дата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изучения</w:t>
            </w:r>
          </w:p>
        </w:tc>
        <w:tc>
          <w:tcPr>
            <w:tcW w:w="3397" w:type="dxa"/>
            <w:vMerge w:val="restart"/>
          </w:tcPr>
          <w:p w14:paraId="259A9350" w14:textId="77777777" w:rsidR="00813C9E" w:rsidRPr="00F8220C" w:rsidRDefault="00813C9E" w:rsidP="00490334">
            <w:pPr>
              <w:pStyle w:val="TableParagraph"/>
              <w:spacing w:before="74"/>
              <w:ind w:left="79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Виды</w:t>
            </w:r>
            <w:r w:rsidRPr="00F8220C">
              <w:rPr>
                <w:b/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деятельности</w:t>
            </w:r>
          </w:p>
        </w:tc>
        <w:tc>
          <w:tcPr>
            <w:tcW w:w="1116" w:type="dxa"/>
            <w:vMerge w:val="restart"/>
          </w:tcPr>
          <w:p w14:paraId="36122553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331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Виды,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формы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контроля</w:t>
            </w:r>
          </w:p>
        </w:tc>
        <w:tc>
          <w:tcPr>
            <w:tcW w:w="2149" w:type="dxa"/>
            <w:vMerge w:val="restart"/>
          </w:tcPr>
          <w:p w14:paraId="712EC302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02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Электронные (цифровые)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образовательные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ресурсы</w:t>
            </w:r>
          </w:p>
        </w:tc>
      </w:tr>
      <w:tr w:rsidR="00813C9E" w:rsidRPr="00F8220C" w14:paraId="0F97FD83" w14:textId="77777777" w:rsidTr="00490334">
        <w:trPr>
          <w:trHeight w:val="525"/>
        </w:trPr>
        <w:tc>
          <w:tcPr>
            <w:tcW w:w="468" w:type="dxa"/>
            <w:vMerge/>
            <w:tcBorders>
              <w:top w:val="nil"/>
            </w:tcBorders>
          </w:tcPr>
          <w:p w14:paraId="448326AE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0" w:type="dxa"/>
            <w:vMerge/>
            <w:tcBorders>
              <w:top w:val="nil"/>
            </w:tcBorders>
          </w:tcPr>
          <w:p w14:paraId="766FB820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" w:type="dxa"/>
          </w:tcPr>
          <w:p w14:paraId="36F79870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всего</w:t>
            </w:r>
          </w:p>
        </w:tc>
        <w:tc>
          <w:tcPr>
            <w:tcW w:w="1104" w:type="dxa"/>
          </w:tcPr>
          <w:p w14:paraId="539FE16B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7" w:right="43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контрольные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1140" w:type="dxa"/>
          </w:tcPr>
          <w:p w14:paraId="3797B2D1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8" w:right="43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практические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804" w:type="dxa"/>
            <w:vMerge/>
            <w:tcBorders>
              <w:top w:val="nil"/>
            </w:tcBorders>
          </w:tcPr>
          <w:p w14:paraId="51B3D9CF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7" w:type="dxa"/>
            <w:vMerge/>
            <w:tcBorders>
              <w:top w:val="nil"/>
            </w:tcBorders>
          </w:tcPr>
          <w:p w14:paraId="7BB7CAE3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6" w:type="dxa"/>
            <w:vMerge/>
            <w:tcBorders>
              <w:top w:val="nil"/>
            </w:tcBorders>
          </w:tcPr>
          <w:p w14:paraId="54EF6DDC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9" w:type="dxa"/>
            <w:vMerge/>
            <w:tcBorders>
              <w:top w:val="nil"/>
            </w:tcBorders>
          </w:tcPr>
          <w:p w14:paraId="00567375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3C9E" w:rsidRPr="00F8220C" w14:paraId="7C930F4B" w14:textId="77777777" w:rsidTr="00490334">
        <w:trPr>
          <w:trHeight w:val="333"/>
        </w:trPr>
        <w:tc>
          <w:tcPr>
            <w:tcW w:w="15496" w:type="dxa"/>
            <w:gridSpan w:val="9"/>
          </w:tcPr>
          <w:p w14:paraId="54E5524C" w14:textId="77777777" w:rsidR="00813C9E" w:rsidRPr="00F8220C" w:rsidRDefault="00813C9E" w:rsidP="00490334">
            <w:pPr>
              <w:pStyle w:val="TableParagraph"/>
              <w:spacing w:before="74"/>
              <w:rPr>
                <w:b/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Раздел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1.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Человек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общество.</w:t>
            </w:r>
          </w:p>
        </w:tc>
      </w:tr>
      <w:tr w:rsidR="00813C9E" w:rsidRPr="001A58E8" w14:paraId="4F949323" w14:textId="77777777" w:rsidTr="00490334">
        <w:trPr>
          <w:trHeight w:val="1485"/>
        </w:trPr>
        <w:tc>
          <w:tcPr>
            <w:tcW w:w="468" w:type="dxa"/>
          </w:tcPr>
          <w:p w14:paraId="30BEB2EC" w14:textId="77777777" w:rsidR="00813C9E" w:rsidRPr="00F8220C" w:rsidRDefault="00813C9E" w:rsidP="00490334">
            <w:pPr>
              <w:pStyle w:val="TableParagraph"/>
              <w:spacing w:before="7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1.1.</w:t>
            </w:r>
          </w:p>
        </w:tc>
        <w:tc>
          <w:tcPr>
            <w:tcW w:w="4790" w:type="dxa"/>
          </w:tcPr>
          <w:p w14:paraId="1EE2D92F" w14:textId="77777777" w:rsidR="00813C9E" w:rsidRPr="00F8220C" w:rsidRDefault="00813C9E" w:rsidP="00490334">
            <w:pPr>
              <w:pStyle w:val="TableParagraph"/>
              <w:spacing w:before="62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Наша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Родина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—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Россия,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Российская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Федерация.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Россия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её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столица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карте.</w:t>
            </w:r>
          </w:p>
        </w:tc>
        <w:tc>
          <w:tcPr>
            <w:tcW w:w="528" w:type="dxa"/>
          </w:tcPr>
          <w:p w14:paraId="7FB2A48E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035FDC8B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F9C64D7" w14:textId="77777777" w:rsidR="00813C9E" w:rsidRPr="00F8220C" w:rsidRDefault="00813C9E" w:rsidP="00490334">
            <w:pPr>
              <w:pStyle w:val="TableParagraph"/>
              <w:spacing w:before="7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DD5434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981E276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 w:right="118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Рассказ учителя;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рассматривание</w:t>
            </w:r>
            <w:r w:rsidRPr="00F8220C">
              <w:rPr>
                <w:spacing w:val="36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иллюстраций;</w:t>
            </w:r>
          </w:p>
          <w:p w14:paraId="06D9BE95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чтение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текстов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федеративном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устройстве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России;</w:t>
            </w:r>
          </w:p>
          <w:p w14:paraId="6A711B64" w14:textId="77777777" w:rsidR="00813C9E" w:rsidRPr="00F8220C" w:rsidRDefault="00813C9E" w:rsidP="00490334">
            <w:pPr>
              <w:pStyle w:val="TableParagraph"/>
              <w:spacing w:before="1" w:line="266" w:lineRule="auto"/>
              <w:ind w:left="79" w:right="554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 xml:space="preserve">о многонациональном составе </w:t>
            </w:r>
            <w:r w:rsidRPr="00F8220C">
              <w:rPr>
                <w:w w:val="105"/>
                <w:sz w:val="24"/>
                <w:szCs w:val="24"/>
              </w:rPr>
              <w:t>населения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страны.;;</w:t>
            </w:r>
          </w:p>
        </w:tc>
        <w:tc>
          <w:tcPr>
            <w:tcW w:w="1116" w:type="dxa"/>
          </w:tcPr>
          <w:p w14:paraId="1034AD30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FE4C674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169E3CF0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862EFEF" w14:textId="77777777" w:rsidTr="00490334">
        <w:trPr>
          <w:trHeight w:val="1485"/>
        </w:trPr>
        <w:tc>
          <w:tcPr>
            <w:tcW w:w="468" w:type="dxa"/>
          </w:tcPr>
          <w:p w14:paraId="11DD784A" w14:textId="77777777" w:rsidR="00813C9E" w:rsidRPr="00F8220C" w:rsidRDefault="00813C9E" w:rsidP="00490334">
            <w:pPr>
              <w:pStyle w:val="TableParagraph"/>
              <w:spacing w:before="7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1.2.</w:t>
            </w:r>
          </w:p>
        </w:tc>
        <w:tc>
          <w:tcPr>
            <w:tcW w:w="4790" w:type="dxa"/>
          </w:tcPr>
          <w:p w14:paraId="785C68CD" w14:textId="77777777" w:rsidR="00813C9E" w:rsidRPr="00F8220C" w:rsidRDefault="00813C9E" w:rsidP="00490334">
            <w:pPr>
              <w:pStyle w:val="TableParagraph"/>
              <w:spacing w:before="62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Государственные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символы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России,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символика</w:t>
            </w:r>
            <w:r w:rsidRPr="00F8220C">
              <w:rPr>
                <w:b/>
                <w:spacing w:val="2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своего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региона.</w:t>
            </w:r>
          </w:p>
        </w:tc>
        <w:tc>
          <w:tcPr>
            <w:tcW w:w="528" w:type="dxa"/>
          </w:tcPr>
          <w:p w14:paraId="0C2D69FA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454745B5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5A49F8D5" w14:textId="77777777" w:rsidR="00813C9E" w:rsidRPr="00F8220C" w:rsidRDefault="00813C9E" w:rsidP="00490334">
            <w:pPr>
              <w:pStyle w:val="TableParagraph"/>
              <w:spacing w:before="7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2DBF98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2C010E22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 w:right="118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Рассказ учителя;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рассматривание</w:t>
            </w:r>
            <w:r w:rsidRPr="00F8220C">
              <w:rPr>
                <w:spacing w:val="36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иллюстраций;</w:t>
            </w:r>
          </w:p>
          <w:p w14:paraId="3F87F083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чтение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текстов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федеративном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устройстве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России;</w:t>
            </w:r>
          </w:p>
          <w:p w14:paraId="5D22BA57" w14:textId="77777777" w:rsidR="00813C9E" w:rsidRPr="00F8220C" w:rsidRDefault="00813C9E" w:rsidP="00490334">
            <w:pPr>
              <w:pStyle w:val="TableParagraph"/>
              <w:spacing w:before="1" w:line="266" w:lineRule="auto"/>
              <w:ind w:left="79" w:right="554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 xml:space="preserve">о многонациональном составе </w:t>
            </w:r>
            <w:r w:rsidRPr="00F8220C">
              <w:rPr>
                <w:w w:val="105"/>
                <w:sz w:val="24"/>
                <w:szCs w:val="24"/>
              </w:rPr>
              <w:t>населения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страны.;;</w:t>
            </w:r>
          </w:p>
        </w:tc>
        <w:tc>
          <w:tcPr>
            <w:tcW w:w="1116" w:type="dxa"/>
          </w:tcPr>
          <w:p w14:paraId="185372E6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546BAC7B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41C4DD19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 xml:space="preserve">ресурсов (или по </w:t>
            </w:r>
            <w:r w:rsidRPr="00F8220C">
              <w:rPr>
                <w:w w:val="105"/>
                <w:sz w:val="24"/>
                <w:szCs w:val="24"/>
              </w:rPr>
              <w:lastRenderedPageBreak/>
              <w:t>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4CFA4067" w14:textId="77777777" w:rsidTr="00490334">
        <w:trPr>
          <w:trHeight w:val="1870"/>
        </w:trPr>
        <w:tc>
          <w:tcPr>
            <w:tcW w:w="468" w:type="dxa"/>
          </w:tcPr>
          <w:p w14:paraId="469B7439" w14:textId="77777777" w:rsidR="00813C9E" w:rsidRPr="00F8220C" w:rsidRDefault="00813C9E" w:rsidP="00490334">
            <w:pPr>
              <w:pStyle w:val="TableParagraph"/>
              <w:spacing w:before="7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1.3.</w:t>
            </w:r>
          </w:p>
        </w:tc>
        <w:tc>
          <w:tcPr>
            <w:tcW w:w="4790" w:type="dxa"/>
          </w:tcPr>
          <w:p w14:paraId="54C684B9" w14:textId="77777777" w:rsidR="00813C9E" w:rsidRPr="00F8220C" w:rsidRDefault="00813C9E" w:rsidP="00490334">
            <w:pPr>
              <w:pStyle w:val="TableParagraph"/>
              <w:spacing w:before="62" w:line="266" w:lineRule="auto"/>
              <w:ind w:right="810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Москва — </w:t>
            </w:r>
            <w:proofErr w:type="spellStart"/>
            <w:r w:rsidRPr="00F8220C">
              <w:rPr>
                <w:b/>
                <w:spacing w:val="-1"/>
                <w:w w:val="105"/>
                <w:sz w:val="24"/>
                <w:szCs w:val="24"/>
              </w:rPr>
              <w:t>столи</w:t>
            </w:r>
            <w:proofErr w:type="spellEnd"/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proofErr w:type="spellStart"/>
            <w:r w:rsidRPr="00F8220C">
              <w:rPr>
                <w:b/>
                <w:spacing w:val="-1"/>
                <w:w w:val="105"/>
                <w:sz w:val="24"/>
                <w:szCs w:val="24"/>
              </w:rPr>
              <w:t>ца</w:t>
            </w:r>
            <w:proofErr w:type="spellEnd"/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. Достопримечательности </w:t>
            </w:r>
            <w:r w:rsidRPr="00F8220C">
              <w:rPr>
                <w:b/>
                <w:w w:val="105"/>
                <w:sz w:val="24"/>
                <w:szCs w:val="24"/>
              </w:rPr>
              <w:t>Москвы.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Страницы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истории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Москвы.</w:t>
            </w:r>
          </w:p>
        </w:tc>
        <w:tc>
          <w:tcPr>
            <w:tcW w:w="528" w:type="dxa"/>
          </w:tcPr>
          <w:p w14:paraId="5EDE9B20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1CF20660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BEB4BFF" w14:textId="77777777" w:rsidR="00813C9E" w:rsidRPr="00F8220C" w:rsidRDefault="00813C9E" w:rsidP="00490334">
            <w:pPr>
              <w:pStyle w:val="TableParagraph"/>
              <w:spacing w:before="7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CCF352D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1437DA63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Рассказ учителя, рассматривание иллюстраций,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чтение текстов о федеративном устройстве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России, о многонациональном составе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населения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страны;</w:t>
            </w:r>
          </w:p>
          <w:p w14:paraId="3DC1D60A" w14:textId="77777777" w:rsidR="00813C9E" w:rsidRPr="00F8220C" w:rsidRDefault="00813C9E" w:rsidP="00490334">
            <w:pPr>
              <w:pStyle w:val="TableParagraph"/>
              <w:spacing w:before="3" w:line="266" w:lineRule="auto"/>
              <w:ind w:left="79" w:right="558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Игра-путешествие по теме «Работаем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экскурсоводами, проводим </w:t>
            </w:r>
            <w:r w:rsidRPr="00F8220C">
              <w:rPr>
                <w:w w:val="105"/>
                <w:sz w:val="24"/>
                <w:szCs w:val="24"/>
              </w:rPr>
              <w:t>экскурсии по</w:t>
            </w:r>
            <w:r w:rsidRPr="00F8220C">
              <w:rPr>
                <w:spacing w:val="-3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Москве,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Санкт-Петербургу»;</w:t>
            </w:r>
          </w:p>
          <w:p w14:paraId="503D21D0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1007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Рассказ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учителя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«История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возникновения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Москвы»;</w:t>
            </w:r>
          </w:p>
        </w:tc>
        <w:tc>
          <w:tcPr>
            <w:tcW w:w="1116" w:type="dxa"/>
          </w:tcPr>
          <w:p w14:paraId="5446FCC8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25C64CA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6D9374F1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4C3CB88A" w14:textId="77777777" w:rsidTr="00490334">
        <w:trPr>
          <w:trHeight w:val="1485"/>
        </w:trPr>
        <w:tc>
          <w:tcPr>
            <w:tcW w:w="468" w:type="dxa"/>
          </w:tcPr>
          <w:p w14:paraId="37859D30" w14:textId="77777777" w:rsidR="00813C9E" w:rsidRPr="00F8220C" w:rsidRDefault="00813C9E" w:rsidP="00490334">
            <w:pPr>
              <w:pStyle w:val="TableParagraph"/>
              <w:spacing w:before="7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1.4.</w:t>
            </w:r>
          </w:p>
        </w:tc>
        <w:tc>
          <w:tcPr>
            <w:tcW w:w="4790" w:type="dxa"/>
          </w:tcPr>
          <w:p w14:paraId="1BEC1840" w14:textId="77777777" w:rsidR="00813C9E" w:rsidRPr="00F8220C" w:rsidRDefault="00813C9E" w:rsidP="00490334">
            <w:pPr>
              <w:pStyle w:val="TableParagraph"/>
              <w:spacing w:before="62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Города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России.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Свой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регион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его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столица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карте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РФ.</w:t>
            </w:r>
          </w:p>
        </w:tc>
        <w:tc>
          <w:tcPr>
            <w:tcW w:w="528" w:type="dxa"/>
          </w:tcPr>
          <w:p w14:paraId="4B6B129C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65B5CFD3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AF2B3BD" w14:textId="77777777" w:rsidR="00813C9E" w:rsidRPr="00F8220C" w:rsidRDefault="00813C9E" w:rsidP="00490334">
            <w:pPr>
              <w:pStyle w:val="TableParagraph"/>
              <w:spacing w:before="7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BE6043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623CB8C6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Работа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картой: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Россия,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Москва,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Санкт-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Петербург,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наш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регион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карте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РФ;</w:t>
            </w:r>
          </w:p>
        </w:tc>
        <w:tc>
          <w:tcPr>
            <w:tcW w:w="1116" w:type="dxa"/>
          </w:tcPr>
          <w:p w14:paraId="4E897B5D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зачет</w:t>
            </w:r>
          </w:p>
        </w:tc>
        <w:tc>
          <w:tcPr>
            <w:tcW w:w="2149" w:type="dxa"/>
          </w:tcPr>
          <w:p w14:paraId="0B4E8D28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5F8A005C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0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759E5AD7" w14:textId="77777777" w:rsidTr="00490334">
        <w:trPr>
          <w:trHeight w:val="1485"/>
        </w:trPr>
        <w:tc>
          <w:tcPr>
            <w:tcW w:w="468" w:type="dxa"/>
          </w:tcPr>
          <w:p w14:paraId="50806E48" w14:textId="77777777" w:rsidR="00813C9E" w:rsidRPr="00F8220C" w:rsidRDefault="00813C9E" w:rsidP="00490334">
            <w:pPr>
              <w:pStyle w:val="TableParagraph"/>
              <w:spacing w:before="7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1.5.</w:t>
            </w:r>
          </w:p>
        </w:tc>
        <w:tc>
          <w:tcPr>
            <w:tcW w:w="4790" w:type="dxa"/>
          </w:tcPr>
          <w:p w14:paraId="6A13AC6D" w14:textId="77777777" w:rsidR="00813C9E" w:rsidRPr="00F8220C" w:rsidRDefault="00813C9E" w:rsidP="00490334">
            <w:pPr>
              <w:pStyle w:val="TableParagraph"/>
              <w:spacing w:before="62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Россия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—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многонациональное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государство.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Народы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России,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их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традиции,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обычаи,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праздники.</w:t>
            </w:r>
          </w:p>
        </w:tc>
        <w:tc>
          <w:tcPr>
            <w:tcW w:w="528" w:type="dxa"/>
          </w:tcPr>
          <w:p w14:paraId="0FCABD7F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6FD47A30" w14:textId="77777777" w:rsidR="00813C9E" w:rsidRPr="00F8220C" w:rsidRDefault="00813C9E" w:rsidP="00490334">
            <w:pPr>
              <w:pStyle w:val="TableParagraph"/>
              <w:spacing w:before="7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45608776" w14:textId="77777777" w:rsidR="00813C9E" w:rsidRPr="00F8220C" w:rsidRDefault="00813C9E" w:rsidP="00490334">
            <w:pPr>
              <w:pStyle w:val="TableParagraph"/>
              <w:spacing w:before="7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33995CE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334D4CD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Чтение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текстов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народах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России,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об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их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традициях,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обычаях,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праздниках;</w:t>
            </w:r>
          </w:p>
        </w:tc>
        <w:tc>
          <w:tcPr>
            <w:tcW w:w="1116" w:type="dxa"/>
          </w:tcPr>
          <w:p w14:paraId="4CD4BBED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опрос;, контрольная работа</w:t>
            </w:r>
          </w:p>
        </w:tc>
        <w:tc>
          <w:tcPr>
            <w:tcW w:w="2149" w:type="dxa"/>
          </w:tcPr>
          <w:p w14:paraId="183A4BE4" w14:textId="77777777" w:rsidR="00813C9E" w:rsidRPr="00F8220C" w:rsidRDefault="00813C9E" w:rsidP="00490334">
            <w:pPr>
              <w:pStyle w:val="TableParagraph"/>
              <w:spacing w:before="7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0F7E26AC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1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</w:tbl>
    <w:p w14:paraId="570FD973" w14:textId="77777777" w:rsidR="00813C9E" w:rsidRPr="00F8220C" w:rsidRDefault="00813C9E" w:rsidP="00813C9E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6840" w:h="11900" w:orient="landscape"/>
          <w:pgMar w:top="4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790"/>
        <w:gridCol w:w="528"/>
        <w:gridCol w:w="1104"/>
        <w:gridCol w:w="1140"/>
        <w:gridCol w:w="804"/>
        <w:gridCol w:w="3397"/>
        <w:gridCol w:w="1116"/>
        <w:gridCol w:w="2149"/>
      </w:tblGrid>
      <w:tr w:rsidR="00813C9E" w:rsidRPr="001A58E8" w14:paraId="591E9765" w14:textId="77777777" w:rsidTr="00490334">
        <w:trPr>
          <w:trHeight w:val="1485"/>
        </w:trPr>
        <w:tc>
          <w:tcPr>
            <w:tcW w:w="468" w:type="dxa"/>
          </w:tcPr>
          <w:p w14:paraId="1615E79F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1.6.</w:t>
            </w:r>
          </w:p>
        </w:tc>
        <w:tc>
          <w:tcPr>
            <w:tcW w:w="4790" w:type="dxa"/>
          </w:tcPr>
          <w:p w14:paraId="6163863E" w14:textId="77777777" w:rsidR="00813C9E" w:rsidRPr="00F8220C" w:rsidRDefault="00813C9E" w:rsidP="00490334">
            <w:pPr>
              <w:pStyle w:val="TableParagraph"/>
              <w:spacing w:before="52" w:line="271" w:lineRule="auto"/>
              <w:ind w:right="1648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Родной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край,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его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природные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культурные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F8220C">
              <w:rPr>
                <w:b/>
                <w:w w:val="105"/>
                <w:position w:val="1"/>
                <w:sz w:val="24"/>
                <w:szCs w:val="24"/>
              </w:rPr>
              <w:t>досто</w:t>
            </w:r>
            <w:proofErr w:type="spellEnd"/>
            <w:r w:rsidRPr="00F8220C">
              <w:rPr>
                <w:b/>
                <w:w w:val="105"/>
                <w:sz w:val="24"/>
                <w:szCs w:val="24"/>
              </w:rPr>
              <w:t>п</w:t>
            </w:r>
            <w:proofErr w:type="spellStart"/>
            <w:r w:rsidRPr="00F8220C">
              <w:rPr>
                <w:b/>
                <w:w w:val="105"/>
                <w:position w:val="1"/>
                <w:sz w:val="24"/>
                <w:szCs w:val="24"/>
              </w:rPr>
              <w:t>римечательности</w:t>
            </w:r>
            <w:proofErr w:type="spellEnd"/>
            <w:r w:rsidRPr="00F8220C">
              <w:rPr>
                <w:b/>
                <w:w w:val="105"/>
                <w:position w:val="1"/>
                <w:sz w:val="24"/>
                <w:szCs w:val="24"/>
              </w:rPr>
              <w:t>.</w:t>
            </w:r>
          </w:p>
        </w:tc>
        <w:tc>
          <w:tcPr>
            <w:tcW w:w="528" w:type="dxa"/>
          </w:tcPr>
          <w:p w14:paraId="4221DD4D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2833B894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633CC4EE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D5BBD06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36F4B8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Составление сообщения об истории родного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края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(при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помощи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взрослых,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использованием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дополнительных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источников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информации);</w:t>
            </w:r>
          </w:p>
        </w:tc>
        <w:tc>
          <w:tcPr>
            <w:tcW w:w="1116" w:type="dxa"/>
          </w:tcPr>
          <w:p w14:paraId="4FB02971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3432B9E1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1911C0CF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2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4D710782" w14:textId="77777777" w:rsidTr="00490334">
        <w:trPr>
          <w:trHeight w:val="1521"/>
        </w:trPr>
        <w:tc>
          <w:tcPr>
            <w:tcW w:w="468" w:type="dxa"/>
          </w:tcPr>
          <w:p w14:paraId="05A2E180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1.7.</w:t>
            </w:r>
          </w:p>
        </w:tc>
        <w:tc>
          <w:tcPr>
            <w:tcW w:w="4790" w:type="dxa"/>
          </w:tcPr>
          <w:p w14:paraId="54B19CE0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Значимые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события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истории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родного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края.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Свой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регион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его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главный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город</w:t>
            </w:r>
            <w:r w:rsidRPr="00F8220C">
              <w:rPr>
                <w:b/>
                <w:spacing w:val="3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карте.</w:t>
            </w:r>
          </w:p>
        </w:tc>
        <w:tc>
          <w:tcPr>
            <w:tcW w:w="528" w:type="dxa"/>
          </w:tcPr>
          <w:p w14:paraId="3CDC321D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667B5C39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258DE0CF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4EF6207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5348691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Составление сообщения об истории родного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края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(при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помощи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взрослых,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использованием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дополнительных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источников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информации);</w:t>
            </w:r>
          </w:p>
        </w:tc>
        <w:tc>
          <w:tcPr>
            <w:tcW w:w="1116" w:type="dxa"/>
          </w:tcPr>
          <w:p w14:paraId="1BF3AA5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6DDA741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70A38D4F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3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109FD526" w14:textId="77777777" w:rsidTr="00490334">
        <w:trPr>
          <w:trHeight w:val="1485"/>
        </w:trPr>
        <w:tc>
          <w:tcPr>
            <w:tcW w:w="468" w:type="dxa"/>
          </w:tcPr>
          <w:p w14:paraId="0439F127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1.8.</w:t>
            </w:r>
          </w:p>
        </w:tc>
        <w:tc>
          <w:tcPr>
            <w:tcW w:w="4790" w:type="dxa"/>
          </w:tcPr>
          <w:p w14:paraId="3DE5205D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Хозяйственные</w:t>
            </w:r>
            <w:r w:rsidRPr="00F8220C">
              <w:rPr>
                <w:b/>
                <w:spacing w:val="2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занятия,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профессии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жителей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родного</w:t>
            </w:r>
            <w:r w:rsidRPr="00F8220C">
              <w:rPr>
                <w:b/>
                <w:spacing w:val="2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края.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Значение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труда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жизни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человека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общества.</w:t>
            </w:r>
          </w:p>
        </w:tc>
        <w:tc>
          <w:tcPr>
            <w:tcW w:w="528" w:type="dxa"/>
          </w:tcPr>
          <w:p w14:paraId="1A17564C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0C56522B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669AE3B5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F1E776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2ED7DD2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«Зачем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чело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век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трудится?»;</w:t>
            </w:r>
          </w:p>
          <w:p w14:paraId="2A4AD045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47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Дидактическая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игра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«Профессии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города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села»;</w:t>
            </w:r>
          </w:p>
        </w:tc>
        <w:tc>
          <w:tcPr>
            <w:tcW w:w="1116" w:type="dxa"/>
          </w:tcPr>
          <w:p w14:paraId="1324B10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контрольная работа</w:t>
            </w:r>
          </w:p>
        </w:tc>
        <w:tc>
          <w:tcPr>
            <w:tcW w:w="2149" w:type="dxa"/>
          </w:tcPr>
          <w:p w14:paraId="01A7F16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22E39A36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lastRenderedPageBreak/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4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E05725B" w14:textId="77777777" w:rsidTr="00490334">
        <w:trPr>
          <w:trHeight w:val="1485"/>
        </w:trPr>
        <w:tc>
          <w:tcPr>
            <w:tcW w:w="468" w:type="dxa"/>
          </w:tcPr>
          <w:p w14:paraId="5EC0D560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1.9.</w:t>
            </w:r>
          </w:p>
        </w:tc>
        <w:tc>
          <w:tcPr>
            <w:tcW w:w="4790" w:type="dxa"/>
          </w:tcPr>
          <w:p w14:paraId="26C6BFC5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Семья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i/>
                <w:spacing w:val="-1"/>
                <w:w w:val="105"/>
                <w:sz w:val="24"/>
                <w:szCs w:val="24"/>
              </w:rPr>
              <w:t>—</w:t>
            </w:r>
            <w:r w:rsidRPr="00F8220C">
              <w:rPr>
                <w:b/>
                <w:i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коллектив.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Семейное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древо.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Семейные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ценности.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традиции.</w:t>
            </w:r>
          </w:p>
        </w:tc>
        <w:tc>
          <w:tcPr>
            <w:tcW w:w="528" w:type="dxa"/>
          </w:tcPr>
          <w:p w14:paraId="31B7BC56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70C10BED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8F37763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F37E73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4EADB8B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425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«Послушаем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друг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друга,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расскажем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своей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семье»;</w:t>
            </w:r>
          </w:p>
        </w:tc>
        <w:tc>
          <w:tcPr>
            <w:tcW w:w="1116" w:type="dxa"/>
          </w:tcPr>
          <w:p w14:paraId="79942403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33677A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1B985519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5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160E16B" w14:textId="77777777" w:rsidTr="00490334">
        <w:trPr>
          <w:trHeight w:val="1497"/>
        </w:trPr>
        <w:tc>
          <w:tcPr>
            <w:tcW w:w="468" w:type="dxa"/>
          </w:tcPr>
          <w:p w14:paraId="7200D177" w14:textId="77777777" w:rsidR="00813C9E" w:rsidRPr="00F8220C" w:rsidRDefault="00813C9E" w:rsidP="00490334">
            <w:pPr>
              <w:pStyle w:val="TableParagraph"/>
              <w:spacing w:before="64"/>
              <w:ind w:left="55" w:right="43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1.10.</w:t>
            </w:r>
          </w:p>
        </w:tc>
        <w:tc>
          <w:tcPr>
            <w:tcW w:w="4790" w:type="dxa"/>
          </w:tcPr>
          <w:p w14:paraId="2470BC37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Совместный</w:t>
            </w:r>
            <w:r w:rsidRPr="00F8220C">
              <w:rPr>
                <w:b/>
                <w:spacing w:val="2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труд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отдых.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Участие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детей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делах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семьи.</w:t>
            </w:r>
          </w:p>
        </w:tc>
        <w:tc>
          <w:tcPr>
            <w:tcW w:w="528" w:type="dxa"/>
          </w:tcPr>
          <w:p w14:paraId="13F158BC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2CE5D41A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806BEF1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05D7E0B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45D3C888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работа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«Составление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схемы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родословного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древа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семьи»;</w:t>
            </w:r>
          </w:p>
        </w:tc>
        <w:tc>
          <w:tcPr>
            <w:tcW w:w="1116" w:type="dxa"/>
          </w:tcPr>
          <w:p w14:paraId="68C0E843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B9B50E5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207B3304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6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69265098" w14:textId="77777777" w:rsidTr="00490334">
        <w:trPr>
          <w:trHeight w:val="1485"/>
        </w:trPr>
        <w:tc>
          <w:tcPr>
            <w:tcW w:w="468" w:type="dxa"/>
          </w:tcPr>
          <w:p w14:paraId="6CB48BDA" w14:textId="77777777" w:rsidR="00813C9E" w:rsidRPr="00F8220C" w:rsidRDefault="00813C9E" w:rsidP="00490334">
            <w:pPr>
              <w:pStyle w:val="TableParagraph"/>
              <w:spacing w:before="64"/>
              <w:ind w:left="55" w:right="43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1.11.</w:t>
            </w:r>
          </w:p>
        </w:tc>
        <w:tc>
          <w:tcPr>
            <w:tcW w:w="4790" w:type="dxa"/>
          </w:tcPr>
          <w:p w14:paraId="65661D0F" w14:textId="77777777" w:rsidR="00813C9E" w:rsidRPr="00F8220C" w:rsidRDefault="00813C9E" w:rsidP="00490334">
            <w:pPr>
              <w:pStyle w:val="TableParagraph"/>
              <w:spacing w:before="52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Правила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культурного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поведения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общественных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местах.</w:t>
            </w:r>
          </w:p>
        </w:tc>
        <w:tc>
          <w:tcPr>
            <w:tcW w:w="528" w:type="dxa"/>
          </w:tcPr>
          <w:p w14:paraId="1975B3D3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5380644B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F946563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7B02867D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2AEE6F9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55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«Оцени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себя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умеешь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ли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ты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сдерживать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эмоции?»;</w:t>
            </w:r>
          </w:p>
        </w:tc>
        <w:tc>
          <w:tcPr>
            <w:tcW w:w="1116" w:type="dxa"/>
          </w:tcPr>
          <w:p w14:paraId="183C737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практическая работа</w:t>
            </w:r>
          </w:p>
        </w:tc>
        <w:tc>
          <w:tcPr>
            <w:tcW w:w="2149" w:type="dxa"/>
          </w:tcPr>
          <w:p w14:paraId="6225594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4DDE6DC7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7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D633662" w14:textId="77777777" w:rsidTr="00490334">
        <w:trPr>
          <w:trHeight w:val="1485"/>
        </w:trPr>
        <w:tc>
          <w:tcPr>
            <w:tcW w:w="468" w:type="dxa"/>
          </w:tcPr>
          <w:p w14:paraId="7DEEC73C" w14:textId="77777777" w:rsidR="00813C9E" w:rsidRPr="00F8220C" w:rsidRDefault="00813C9E" w:rsidP="00490334">
            <w:pPr>
              <w:pStyle w:val="TableParagraph"/>
              <w:spacing w:before="64"/>
              <w:ind w:left="55" w:right="79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1.12</w:t>
            </w:r>
          </w:p>
        </w:tc>
        <w:tc>
          <w:tcPr>
            <w:tcW w:w="4790" w:type="dxa"/>
          </w:tcPr>
          <w:p w14:paraId="4C5E37D7" w14:textId="77777777" w:rsidR="00813C9E" w:rsidRPr="00F8220C" w:rsidRDefault="00813C9E" w:rsidP="00490334">
            <w:pPr>
              <w:pStyle w:val="TableParagraph"/>
              <w:spacing w:before="52" w:line="276" w:lineRule="auto"/>
              <w:ind w:right="42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Доброта,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справедливость,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честность,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уважение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чужому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мнению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 особенностям других людей — главные правила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взаимоотношений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членов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общества.</w:t>
            </w:r>
          </w:p>
        </w:tc>
        <w:tc>
          <w:tcPr>
            <w:tcW w:w="528" w:type="dxa"/>
          </w:tcPr>
          <w:p w14:paraId="55911470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39C9E4A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1155BDF3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164E09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6095F2B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410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 xml:space="preserve">Анализ ситуаций, раскрывающих </w:t>
            </w:r>
            <w:r w:rsidRPr="00F8220C">
              <w:rPr>
                <w:w w:val="105"/>
                <w:sz w:val="24"/>
                <w:szCs w:val="24"/>
              </w:rPr>
              <w:t>примеры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гуманного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отношения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людям;</w:t>
            </w:r>
          </w:p>
          <w:p w14:paraId="2094CBB1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Работа в группе: работа с пословицами,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сравнение и группировка слов по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противоположному значению (добрый —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жадный,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смелый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трусливый,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правдивый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лживый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др.);</w:t>
            </w:r>
          </w:p>
        </w:tc>
        <w:tc>
          <w:tcPr>
            <w:tcW w:w="1116" w:type="dxa"/>
          </w:tcPr>
          <w:p w14:paraId="0756FB5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контрольная работа</w:t>
            </w:r>
          </w:p>
        </w:tc>
        <w:tc>
          <w:tcPr>
            <w:tcW w:w="2149" w:type="dxa"/>
          </w:tcPr>
          <w:p w14:paraId="2EF4779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739BDC66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8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</w:tbl>
    <w:p w14:paraId="222A14DC" w14:textId="77777777" w:rsidR="00813C9E" w:rsidRPr="00F8220C" w:rsidRDefault="00813C9E" w:rsidP="00813C9E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790"/>
        <w:gridCol w:w="528"/>
        <w:gridCol w:w="1104"/>
        <w:gridCol w:w="1140"/>
        <w:gridCol w:w="804"/>
        <w:gridCol w:w="3397"/>
        <w:gridCol w:w="1116"/>
        <w:gridCol w:w="2149"/>
      </w:tblGrid>
      <w:tr w:rsidR="00813C9E" w:rsidRPr="00F8220C" w14:paraId="4D6C5571" w14:textId="77777777" w:rsidTr="00490334">
        <w:trPr>
          <w:trHeight w:val="333"/>
        </w:trPr>
        <w:tc>
          <w:tcPr>
            <w:tcW w:w="5258" w:type="dxa"/>
            <w:gridSpan w:val="2"/>
          </w:tcPr>
          <w:p w14:paraId="436F0BCC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Итого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14:paraId="16245CB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16</w:t>
            </w:r>
          </w:p>
        </w:tc>
        <w:tc>
          <w:tcPr>
            <w:tcW w:w="9710" w:type="dxa"/>
            <w:gridSpan w:val="6"/>
          </w:tcPr>
          <w:p w14:paraId="0C059686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</w:tr>
      <w:tr w:rsidR="00813C9E" w:rsidRPr="00F8220C" w14:paraId="0F978BFB" w14:textId="77777777" w:rsidTr="00490334">
        <w:trPr>
          <w:trHeight w:val="333"/>
        </w:trPr>
        <w:tc>
          <w:tcPr>
            <w:tcW w:w="15496" w:type="dxa"/>
            <w:gridSpan w:val="9"/>
          </w:tcPr>
          <w:p w14:paraId="5016A3D2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Раздел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2.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Человек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природа.</w:t>
            </w:r>
          </w:p>
        </w:tc>
      </w:tr>
      <w:tr w:rsidR="00813C9E" w:rsidRPr="001A58E8" w14:paraId="4ED29A2D" w14:textId="77777777" w:rsidTr="00490334">
        <w:trPr>
          <w:trHeight w:val="1485"/>
        </w:trPr>
        <w:tc>
          <w:tcPr>
            <w:tcW w:w="468" w:type="dxa"/>
          </w:tcPr>
          <w:p w14:paraId="43E1C3BF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2.1.</w:t>
            </w:r>
          </w:p>
        </w:tc>
        <w:tc>
          <w:tcPr>
            <w:tcW w:w="4790" w:type="dxa"/>
          </w:tcPr>
          <w:p w14:paraId="471F4CA1" w14:textId="77777777" w:rsidR="00813C9E" w:rsidRPr="00F8220C" w:rsidRDefault="00813C9E" w:rsidP="00490334">
            <w:pPr>
              <w:pStyle w:val="TableParagraph"/>
              <w:spacing w:before="52" w:line="266" w:lineRule="auto"/>
              <w:ind w:right="810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Наблюдения,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опыты,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измерения.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Звёзды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созвездия,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наблюдения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звёздного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неба.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Планеты.</w:t>
            </w:r>
          </w:p>
        </w:tc>
        <w:tc>
          <w:tcPr>
            <w:tcW w:w="528" w:type="dxa"/>
          </w:tcPr>
          <w:p w14:paraId="16CB98F4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1BB781AA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69F612FF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2043C25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6283473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Просмотр и обсуждение иллюстраций,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видеофрагментов и других материалов (по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выбору)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тему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«Звёздное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небо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Созвездия»;</w:t>
            </w:r>
          </w:p>
        </w:tc>
        <w:tc>
          <w:tcPr>
            <w:tcW w:w="1116" w:type="dxa"/>
          </w:tcPr>
          <w:p w14:paraId="614EF67E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2D533BDB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6D2C129A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9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0F158CAA" w14:textId="77777777" w:rsidTr="00490334">
        <w:trPr>
          <w:trHeight w:val="1485"/>
        </w:trPr>
        <w:tc>
          <w:tcPr>
            <w:tcW w:w="468" w:type="dxa"/>
          </w:tcPr>
          <w:p w14:paraId="0071907C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2.2.</w:t>
            </w:r>
          </w:p>
        </w:tc>
        <w:tc>
          <w:tcPr>
            <w:tcW w:w="4790" w:type="dxa"/>
          </w:tcPr>
          <w:p w14:paraId="1FC09A40" w14:textId="77777777" w:rsidR="00813C9E" w:rsidRPr="00F8220C" w:rsidRDefault="00813C9E" w:rsidP="00490334">
            <w:pPr>
              <w:pStyle w:val="TableParagraph"/>
              <w:spacing w:before="52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Чем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Земля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отличается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от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других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планет.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Условия</w:t>
            </w:r>
            <w:r w:rsidRPr="00F8220C">
              <w:rPr>
                <w:b/>
                <w:spacing w:val="2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жизни</w:t>
            </w:r>
            <w:r w:rsidRPr="00F8220C">
              <w:rPr>
                <w:b/>
                <w:spacing w:val="2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Земле.</w:t>
            </w:r>
          </w:p>
        </w:tc>
        <w:tc>
          <w:tcPr>
            <w:tcW w:w="528" w:type="dxa"/>
          </w:tcPr>
          <w:p w14:paraId="3AEA3B61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6F4CB12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81F56FE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55925DE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680E761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«Чем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Земля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отличается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от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других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планет»;</w:t>
            </w:r>
          </w:p>
        </w:tc>
        <w:tc>
          <w:tcPr>
            <w:tcW w:w="1116" w:type="dxa"/>
          </w:tcPr>
          <w:p w14:paraId="0DD50BED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1374615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00887C4F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0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69D79FA3" w14:textId="77777777" w:rsidTr="00490334">
        <w:trPr>
          <w:trHeight w:val="1485"/>
        </w:trPr>
        <w:tc>
          <w:tcPr>
            <w:tcW w:w="468" w:type="dxa"/>
          </w:tcPr>
          <w:p w14:paraId="48C1FE72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2.3.</w:t>
            </w:r>
          </w:p>
        </w:tc>
        <w:tc>
          <w:tcPr>
            <w:tcW w:w="4790" w:type="dxa"/>
          </w:tcPr>
          <w:p w14:paraId="554B3298" w14:textId="77777777" w:rsidR="00813C9E" w:rsidRPr="00F8220C" w:rsidRDefault="00813C9E" w:rsidP="00490334">
            <w:pPr>
              <w:pStyle w:val="TableParagraph"/>
              <w:spacing w:before="52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Изображения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Земли: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глобус,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карта,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план.</w:t>
            </w:r>
          </w:p>
        </w:tc>
        <w:tc>
          <w:tcPr>
            <w:tcW w:w="528" w:type="dxa"/>
          </w:tcPr>
          <w:p w14:paraId="40E0C4D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09EC3ADC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69AB9BA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38D3EA1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4C74B51" w14:textId="77777777" w:rsidR="00813C9E" w:rsidRPr="00F8220C" w:rsidRDefault="00813C9E" w:rsidP="00490334">
            <w:pPr>
              <w:pStyle w:val="TableParagraph"/>
              <w:spacing w:before="64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Практическая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работа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</w:t>
            </w:r>
            <w:r w:rsidRPr="00F8220C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глобусом;</w:t>
            </w:r>
          </w:p>
        </w:tc>
        <w:tc>
          <w:tcPr>
            <w:tcW w:w="1116" w:type="dxa"/>
          </w:tcPr>
          <w:p w14:paraId="5CA144A8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31D3BFE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23756605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 xml:space="preserve">(Диск СD) единая </w:t>
            </w:r>
            <w:r w:rsidRPr="00F8220C">
              <w:rPr>
                <w:w w:val="105"/>
                <w:sz w:val="24"/>
                <w:szCs w:val="24"/>
              </w:rPr>
              <w:lastRenderedPageBreak/>
              <w:t>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1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E2A405E" w14:textId="77777777" w:rsidTr="00490334">
        <w:trPr>
          <w:trHeight w:val="1485"/>
        </w:trPr>
        <w:tc>
          <w:tcPr>
            <w:tcW w:w="468" w:type="dxa"/>
          </w:tcPr>
          <w:p w14:paraId="1014178B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2.4.</w:t>
            </w:r>
          </w:p>
        </w:tc>
        <w:tc>
          <w:tcPr>
            <w:tcW w:w="4790" w:type="dxa"/>
          </w:tcPr>
          <w:p w14:paraId="6DD7F57A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Карта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мира.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Материки,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океаны.</w:t>
            </w:r>
          </w:p>
        </w:tc>
        <w:tc>
          <w:tcPr>
            <w:tcW w:w="528" w:type="dxa"/>
          </w:tcPr>
          <w:p w14:paraId="10F13C30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119EC273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1296746C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30FD010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51CCF9D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Рассказ учителя, работа с текстом учебника: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описание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особенности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океанов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материков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Земле;</w:t>
            </w:r>
          </w:p>
        </w:tc>
        <w:tc>
          <w:tcPr>
            <w:tcW w:w="1116" w:type="dxa"/>
          </w:tcPr>
          <w:p w14:paraId="6D55C01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контрольная работа, зачет</w:t>
            </w:r>
          </w:p>
        </w:tc>
        <w:tc>
          <w:tcPr>
            <w:tcW w:w="2149" w:type="dxa"/>
          </w:tcPr>
          <w:p w14:paraId="0DB6BDD3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369CF330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2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54598129" w14:textId="77777777" w:rsidTr="00490334">
        <w:trPr>
          <w:trHeight w:val="1617"/>
        </w:trPr>
        <w:tc>
          <w:tcPr>
            <w:tcW w:w="468" w:type="dxa"/>
          </w:tcPr>
          <w:p w14:paraId="75F43E5F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2.5.</w:t>
            </w:r>
          </w:p>
        </w:tc>
        <w:tc>
          <w:tcPr>
            <w:tcW w:w="4790" w:type="dxa"/>
          </w:tcPr>
          <w:p w14:paraId="3609B5C1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Определение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сторон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горизонта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помощи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компаса.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Компас,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его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устройство,</w:t>
            </w:r>
            <w:r w:rsidRPr="00F8220C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ориентирование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местности.</w:t>
            </w:r>
          </w:p>
        </w:tc>
        <w:tc>
          <w:tcPr>
            <w:tcW w:w="528" w:type="dxa"/>
          </w:tcPr>
          <w:p w14:paraId="2D8E6EAD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C38BA3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74CA1E1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11EAFCAC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EEC1458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работа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картой: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«Как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показывать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объекты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настенной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карте»;</w:t>
            </w:r>
          </w:p>
        </w:tc>
        <w:tc>
          <w:tcPr>
            <w:tcW w:w="1116" w:type="dxa"/>
          </w:tcPr>
          <w:p w14:paraId="41D56735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32E5442E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20757014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3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3F9B6FE0" w14:textId="77777777" w:rsidTr="00490334">
        <w:trPr>
          <w:trHeight w:val="1485"/>
        </w:trPr>
        <w:tc>
          <w:tcPr>
            <w:tcW w:w="468" w:type="dxa"/>
          </w:tcPr>
          <w:p w14:paraId="08BCF031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2.6.</w:t>
            </w:r>
          </w:p>
        </w:tc>
        <w:tc>
          <w:tcPr>
            <w:tcW w:w="4790" w:type="dxa"/>
          </w:tcPr>
          <w:p w14:paraId="535749A9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Многообразие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растений.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Деревья,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кустарники,</w:t>
            </w:r>
            <w:r w:rsidRPr="00F8220C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травы.</w:t>
            </w:r>
          </w:p>
        </w:tc>
        <w:tc>
          <w:tcPr>
            <w:tcW w:w="528" w:type="dxa"/>
          </w:tcPr>
          <w:p w14:paraId="56B1CBA2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7DDDEDA0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5F202EB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066CB8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29A27C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Экскурсия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парк: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сравнение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деревьев,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кустарников,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трав;</w:t>
            </w:r>
          </w:p>
          <w:p w14:paraId="5EF49FFC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Игра-соревнование по теме «Кто больше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вспомнит названий деревьев»;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Коммуникативная деятельность: описание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растений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иллюстрациям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живым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объектам;</w:t>
            </w:r>
          </w:p>
        </w:tc>
        <w:tc>
          <w:tcPr>
            <w:tcW w:w="1116" w:type="dxa"/>
          </w:tcPr>
          <w:p w14:paraId="69AA643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8D3210A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66A76A07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4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</w:tbl>
    <w:p w14:paraId="491FBC57" w14:textId="77777777" w:rsidR="00813C9E" w:rsidRPr="00F8220C" w:rsidRDefault="00813C9E" w:rsidP="00813C9E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790"/>
        <w:gridCol w:w="528"/>
        <w:gridCol w:w="1104"/>
        <w:gridCol w:w="1140"/>
        <w:gridCol w:w="804"/>
        <w:gridCol w:w="3397"/>
        <w:gridCol w:w="1116"/>
        <w:gridCol w:w="2149"/>
      </w:tblGrid>
      <w:tr w:rsidR="00813C9E" w:rsidRPr="001A58E8" w14:paraId="534D0846" w14:textId="77777777" w:rsidTr="00490334">
        <w:trPr>
          <w:trHeight w:val="1485"/>
        </w:trPr>
        <w:tc>
          <w:tcPr>
            <w:tcW w:w="468" w:type="dxa"/>
          </w:tcPr>
          <w:p w14:paraId="618938E2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2.7.</w:t>
            </w:r>
          </w:p>
        </w:tc>
        <w:tc>
          <w:tcPr>
            <w:tcW w:w="4790" w:type="dxa"/>
          </w:tcPr>
          <w:p w14:paraId="685829CA" w14:textId="77777777" w:rsidR="00813C9E" w:rsidRPr="00F8220C" w:rsidRDefault="00813C9E" w:rsidP="00490334">
            <w:pPr>
              <w:pStyle w:val="TableParagraph"/>
              <w:spacing w:before="52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Дикорастущие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культурные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растения.</w:t>
            </w:r>
          </w:p>
        </w:tc>
        <w:tc>
          <w:tcPr>
            <w:tcW w:w="528" w:type="dxa"/>
          </w:tcPr>
          <w:p w14:paraId="1948159C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7D71B25F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DD4E944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3C0587D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B38BDB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245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Классификация растений (по иллюстрациям):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дикорастущие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культурные;</w:t>
            </w:r>
          </w:p>
        </w:tc>
        <w:tc>
          <w:tcPr>
            <w:tcW w:w="1116" w:type="dxa"/>
          </w:tcPr>
          <w:p w14:paraId="0AD2C5F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530135D9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707BAA9C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5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0D930C0F" w14:textId="77777777" w:rsidTr="00490334">
        <w:trPr>
          <w:trHeight w:val="1485"/>
        </w:trPr>
        <w:tc>
          <w:tcPr>
            <w:tcW w:w="468" w:type="dxa"/>
          </w:tcPr>
          <w:p w14:paraId="4D434AF5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2.8.</w:t>
            </w:r>
          </w:p>
        </w:tc>
        <w:tc>
          <w:tcPr>
            <w:tcW w:w="4790" w:type="dxa"/>
          </w:tcPr>
          <w:p w14:paraId="299F7791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Связи</w:t>
            </w:r>
            <w:r w:rsidRPr="00F8220C">
              <w:rPr>
                <w:b/>
                <w:spacing w:val="14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в</w:t>
            </w:r>
            <w:r w:rsidRPr="00F8220C">
              <w:rPr>
                <w:b/>
                <w:spacing w:val="1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природе.</w:t>
            </w:r>
            <w:r w:rsidRPr="00F8220C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Годовой</w:t>
            </w:r>
            <w:r w:rsidRPr="00F8220C">
              <w:rPr>
                <w:b/>
                <w:spacing w:val="14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ход</w:t>
            </w:r>
            <w:r w:rsidRPr="00F8220C">
              <w:rPr>
                <w:b/>
                <w:spacing w:val="1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изменений</w:t>
            </w:r>
            <w:r w:rsidRPr="00F8220C">
              <w:rPr>
                <w:b/>
                <w:spacing w:val="1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в</w:t>
            </w:r>
            <w:r w:rsidRPr="00F8220C">
              <w:rPr>
                <w:b/>
                <w:spacing w:val="14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жизни</w:t>
            </w:r>
            <w:r w:rsidRPr="00F8220C">
              <w:rPr>
                <w:b/>
                <w:spacing w:val="1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растения.</w:t>
            </w:r>
          </w:p>
        </w:tc>
        <w:tc>
          <w:tcPr>
            <w:tcW w:w="528" w:type="dxa"/>
          </w:tcPr>
          <w:p w14:paraId="65BAB1FE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64B3F94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FD2F698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B4AF94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64A5E1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31"/>
              <w:jc w:val="both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 xml:space="preserve">Практическая </w:t>
            </w:r>
            <w:r w:rsidRPr="00F8220C">
              <w:rPr>
                <w:w w:val="105"/>
                <w:sz w:val="24"/>
                <w:szCs w:val="24"/>
              </w:rPr>
              <w:t>работа по теме «Рассматривание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растений, обсуждение условий </w:t>
            </w:r>
            <w:r w:rsidRPr="00F8220C">
              <w:rPr>
                <w:w w:val="105"/>
                <w:sz w:val="24"/>
                <w:szCs w:val="24"/>
              </w:rPr>
              <w:t>благополучного</w:t>
            </w:r>
            <w:r w:rsidRPr="00F8220C">
              <w:rPr>
                <w:spacing w:val="-3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роста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развития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растения»;</w:t>
            </w:r>
          </w:p>
          <w:p w14:paraId="5E080925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Работа в группах с иллюстративным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материалом: составление коллективного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рассказа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по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«Каким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бывает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растение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разные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сезоны»;</w:t>
            </w:r>
          </w:p>
        </w:tc>
        <w:tc>
          <w:tcPr>
            <w:tcW w:w="1116" w:type="dxa"/>
          </w:tcPr>
          <w:p w14:paraId="7553AF2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2673356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2CD54A60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6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20D610CD" w14:textId="77777777" w:rsidTr="00490334">
        <w:trPr>
          <w:trHeight w:val="1485"/>
        </w:trPr>
        <w:tc>
          <w:tcPr>
            <w:tcW w:w="468" w:type="dxa"/>
          </w:tcPr>
          <w:p w14:paraId="5D42645A" w14:textId="77777777" w:rsidR="00813C9E" w:rsidRPr="00F8220C" w:rsidRDefault="00813C9E" w:rsidP="00490334">
            <w:pPr>
              <w:pStyle w:val="TableParagraph"/>
              <w:spacing w:before="64"/>
              <w:ind w:left="17" w:right="80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2.9.</w:t>
            </w:r>
          </w:p>
        </w:tc>
        <w:tc>
          <w:tcPr>
            <w:tcW w:w="4790" w:type="dxa"/>
          </w:tcPr>
          <w:p w14:paraId="5710C6C8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Мир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животных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(фауна).</w:t>
            </w:r>
          </w:p>
        </w:tc>
        <w:tc>
          <w:tcPr>
            <w:tcW w:w="528" w:type="dxa"/>
          </w:tcPr>
          <w:p w14:paraId="39A6CAB0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EBA8838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6508B4B8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A09D1A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05BCF99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Дидактическая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игра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«Угадай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животное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описанию»;</w:t>
            </w:r>
          </w:p>
        </w:tc>
        <w:tc>
          <w:tcPr>
            <w:tcW w:w="1116" w:type="dxa"/>
          </w:tcPr>
          <w:p w14:paraId="3DBEF9DB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628419A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00D9065F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lastRenderedPageBreak/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7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4B200FB7" w14:textId="77777777" w:rsidTr="00490334">
        <w:trPr>
          <w:trHeight w:val="1485"/>
        </w:trPr>
        <w:tc>
          <w:tcPr>
            <w:tcW w:w="468" w:type="dxa"/>
          </w:tcPr>
          <w:p w14:paraId="4F4F5B58" w14:textId="77777777" w:rsidR="00813C9E" w:rsidRPr="00F8220C" w:rsidRDefault="00813C9E" w:rsidP="00490334">
            <w:pPr>
              <w:pStyle w:val="TableParagraph"/>
              <w:spacing w:before="64"/>
              <w:ind w:left="55" w:right="43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2.10.</w:t>
            </w:r>
          </w:p>
        </w:tc>
        <w:tc>
          <w:tcPr>
            <w:tcW w:w="4790" w:type="dxa"/>
          </w:tcPr>
          <w:p w14:paraId="32702044" w14:textId="77777777" w:rsidR="00813C9E" w:rsidRPr="00F8220C" w:rsidRDefault="00813C9E" w:rsidP="00490334">
            <w:pPr>
              <w:pStyle w:val="TableParagraph"/>
              <w:spacing w:before="64" w:line="266" w:lineRule="auto"/>
              <w:ind w:right="741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Насекомые,</w:t>
            </w:r>
            <w:r w:rsidRPr="00F8220C">
              <w:rPr>
                <w:b/>
                <w:spacing w:val="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рыбы,</w:t>
            </w:r>
            <w:r w:rsidRPr="00F8220C">
              <w:rPr>
                <w:b/>
                <w:spacing w:val="6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птицы,</w:t>
            </w:r>
            <w:r w:rsidRPr="00F8220C">
              <w:rPr>
                <w:b/>
                <w:spacing w:val="6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звери,</w:t>
            </w:r>
            <w:r w:rsidRPr="00F8220C">
              <w:rPr>
                <w:b/>
                <w:spacing w:val="-16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земноводные,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пресмыкающиеся: общая характеристика (особенности</w:t>
            </w:r>
            <w:r w:rsidRPr="00F8220C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внешнего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вида,</w:t>
            </w:r>
            <w:r w:rsidRPr="00F8220C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движений,</w:t>
            </w:r>
            <w:r w:rsidRPr="00F8220C">
              <w:rPr>
                <w:b/>
                <w:spacing w:val="2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питания,</w:t>
            </w:r>
            <w:r w:rsidRPr="00F8220C">
              <w:rPr>
                <w:b/>
                <w:spacing w:val="2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размножения).</w:t>
            </w:r>
          </w:p>
        </w:tc>
        <w:tc>
          <w:tcPr>
            <w:tcW w:w="528" w:type="dxa"/>
          </w:tcPr>
          <w:p w14:paraId="1292920B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1BF97276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BA8D0C3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65DB60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41C5D8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47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Логическая задача по теме «Найди ошибку —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какое животное попало в эту группу случайно»;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Учебный диалог с использованием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иллюстративного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материала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«Как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живут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животные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разные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времена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года»;</w:t>
            </w:r>
          </w:p>
        </w:tc>
        <w:tc>
          <w:tcPr>
            <w:tcW w:w="1116" w:type="dxa"/>
          </w:tcPr>
          <w:p w14:paraId="7F3C754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4D6C2D63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4A160DE6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8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74E8D079" w14:textId="77777777" w:rsidTr="00490334">
        <w:trPr>
          <w:trHeight w:val="1485"/>
        </w:trPr>
        <w:tc>
          <w:tcPr>
            <w:tcW w:w="468" w:type="dxa"/>
          </w:tcPr>
          <w:p w14:paraId="2807AD2F" w14:textId="77777777" w:rsidR="00813C9E" w:rsidRPr="00F8220C" w:rsidRDefault="00813C9E" w:rsidP="00490334">
            <w:pPr>
              <w:pStyle w:val="TableParagraph"/>
              <w:spacing w:before="64"/>
              <w:ind w:left="55" w:right="43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2.11.</w:t>
            </w:r>
          </w:p>
        </w:tc>
        <w:tc>
          <w:tcPr>
            <w:tcW w:w="4790" w:type="dxa"/>
          </w:tcPr>
          <w:p w14:paraId="498BA569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Сезонная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жизнь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животных.</w:t>
            </w:r>
          </w:p>
        </w:tc>
        <w:tc>
          <w:tcPr>
            <w:tcW w:w="528" w:type="dxa"/>
          </w:tcPr>
          <w:p w14:paraId="0D5595F9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2767295B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3BAA4EDE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0FA0671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179F283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Ролевая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игра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«Собрание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лесу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кто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как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готовится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зиме»;</w:t>
            </w:r>
          </w:p>
        </w:tc>
        <w:tc>
          <w:tcPr>
            <w:tcW w:w="1116" w:type="dxa"/>
          </w:tcPr>
          <w:p w14:paraId="4FD7419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контрольная работа</w:t>
            </w:r>
          </w:p>
        </w:tc>
        <w:tc>
          <w:tcPr>
            <w:tcW w:w="2149" w:type="dxa"/>
          </w:tcPr>
          <w:p w14:paraId="0FFC15C0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54DB1CB3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9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09BCC477" w14:textId="77777777" w:rsidTr="00490334">
        <w:trPr>
          <w:trHeight w:val="1581"/>
        </w:trPr>
        <w:tc>
          <w:tcPr>
            <w:tcW w:w="468" w:type="dxa"/>
          </w:tcPr>
          <w:p w14:paraId="22929CCF" w14:textId="77777777" w:rsidR="00813C9E" w:rsidRPr="00F8220C" w:rsidRDefault="00813C9E" w:rsidP="00490334">
            <w:pPr>
              <w:pStyle w:val="TableParagraph"/>
              <w:spacing w:before="64"/>
              <w:ind w:left="55" w:right="79"/>
              <w:jc w:val="center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2.12</w:t>
            </w:r>
          </w:p>
        </w:tc>
        <w:tc>
          <w:tcPr>
            <w:tcW w:w="4790" w:type="dxa"/>
          </w:tcPr>
          <w:p w14:paraId="6D966592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Красная</w:t>
            </w:r>
            <w:r w:rsidRPr="00F8220C">
              <w:rPr>
                <w:b/>
                <w:spacing w:val="1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книга</w:t>
            </w:r>
            <w:r w:rsidRPr="00F8220C">
              <w:rPr>
                <w:b/>
                <w:spacing w:val="18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России,</w:t>
            </w:r>
            <w:r w:rsidRPr="00F8220C">
              <w:rPr>
                <w:b/>
                <w:spacing w:val="1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её</w:t>
            </w:r>
            <w:r w:rsidRPr="00F8220C">
              <w:rPr>
                <w:b/>
                <w:spacing w:val="10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значение,</w:t>
            </w:r>
            <w:r w:rsidRPr="00F8220C">
              <w:rPr>
                <w:b/>
                <w:spacing w:val="1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отдельные</w:t>
            </w:r>
            <w:r w:rsidRPr="00F8220C">
              <w:rPr>
                <w:b/>
                <w:spacing w:val="18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представители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растений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животных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Красной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книги.</w:t>
            </w:r>
          </w:p>
        </w:tc>
        <w:tc>
          <w:tcPr>
            <w:tcW w:w="528" w:type="dxa"/>
          </w:tcPr>
          <w:p w14:paraId="3DC390F8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129D488C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6F4DD28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6AD5072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097FF87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«Что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такое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Красная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книга?»;</w:t>
            </w:r>
          </w:p>
          <w:p w14:paraId="0D6B1DBC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12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Просмотр и обсуждение иллюстраций,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видеофрагментов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других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материалов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(по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выбору) на тему: «Растения и животные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Красной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книги»;</w:t>
            </w:r>
          </w:p>
        </w:tc>
        <w:tc>
          <w:tcPr>
            <w:tcW w:w="1116" w:type="dxa"/>
          </w:tcPr>
          <w:p w14:paraId="6160737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практическая работа</w:t>
            </w:r>
          </w:p>
        </w:tc>
        <w:tc>
          <w:tcPr>
            <w:tcW w:w="2149" w:type="dxa"/>
          </w:tcPr>
          <w:p w14:paraId="4C3B531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1AF024B4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0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</w:tbl>
    <w:p w14:paraId="29C9D01D" w14:textId="77777777" w:rsidR="00813C9E" w:rsidRPr="00F8220C" w:rsidRDefault="00813C9E" w:rsidP="00813C9E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790"/>
        <w:gridCol w:w="528"/>
        <w:gridCol w:w="1064"/>
        <w:gridCol w:w="40"/>
        <w:gridCol w:w="1105"/>
        <w:gridCol w:w="35"/>
        <w:gridCol w:w="804"/>
        <w:gridCol w:w="3397"/>
        <w:gridCol w:w="1116"/>
        <w:gridCol w:w="2149"/>
      </w:tblGrid>
      <w:tr w:rsidR="00813C9E" w:rsidRPr="001A58E8" w14:paraId="10F11FBE" w14:textId="77777777" w:rsidTr="00490334">
        <w:trPr>
          <w:trHeight w:val="1677"/>
        </w:trPr>
        <w:tc>
          <w:tcPr>
            <w:tcW w:w="468" w:type="dxa"/>
          </w:tcPr>
          <w:p w14:paraId="3E41BBEE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2.13</w:t>
            </w:r>
          </w:p>
        </w:tc>
        <w:tc>
          <w:tcPr>
            <w:tcW w:w="4790" w:type="dxa"/>
          </w:tcPr>
          <w:p w14:paraId="7AD379AA" w14:textId="77777777" w:rsidR="00813C9E" w:rsidRPr="00F8220C" w:rsidRDefault="00813C9E" w:rsidP="00490334">
            <w:pPr>
              <w:pStyle w:val="TableParagraph"/>
              <w:spacing w:before="64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Заповедники,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природные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парки.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Охрана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природы.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Правила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нравственного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поведения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природе.</w:t>
            </w:r>
          </w:p>
        </w:tc>
        <w:tc>
          <w:tcPr>
            <w:tcW w:w="528" w:type="dxa"/>
          </w:tcPr>
          <w:p w14:paraId="1DEF77A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  <w:gridSpan w:val="2"/>
          </w:tcPr>
          <w:p w14:paraId="06CE161E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  <w:gridSpan w:val="2"/>
          </w:tcPr>
          <w:p w14:paraId="2B332536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42757D1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5460C68A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Рассказ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учителя: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«Растения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животные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нашего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края, занесённые в Красную книгу»;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Коллективное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составление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памятки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</w:p>
          <w:p w14:paraId="1FAD7F44" w14:textId="77777777" w:rsidR="00813C9E" w:rsidRPr="00F8220C" w:rsidRDefault="00813C9E" w:rsidP="00490334">
            <w:pPr>
              <w:pStyle w:val="TableParagraph"/>
              <w:spacing w:before="2" w:line="266" w:lineRule="auto"/>
              <w:ind w:left="79" w:right="2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 xml:space="preserve">«Правила поведения </w:t>
            </w:r>
            <w:r w:rsidRPr="00F8220C">
              <w:rPr>
                <w:w w:val="105"/>
                <w:sz w:val="24"/>
                <w:szCs w:val="24"/>
              </w:rPr>
              <w:t>в заповедных местах»;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Работа в группе: чтение текстов учебника и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 xml:space="preserve">использование </w:t>
            </w:r>
            <w:r w:rsidRPr="00F8220C">
              <w:rPr>
                <w:w w:val="105"/>
                <w:sz w:val="24"/>
                <w:szCs w:val="24"/>
              </w:rPr>
              <w:t>полученной информации для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подготовки собственного рассказа о Красной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книге;</w:t>
            </w:r>
          </w:p>
        </w:tc>
        <w:tc>
          <w:tcPr>
            <w:tcW w:w="1116" w:type="dxa"/>
          </w:tcPr>
          <w:p w14:paraId="5DF8131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 контрольная работа</w:t>
            </w:r>
          </w:p>
        </w:tc>
        <w:tc>
          <w:tcPr>
            <w:tcW w:w="2149" w:type="dxa"/>
          </w:tcPr>
          <w:p w14:paraId="11014CD3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79ECEA9A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1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F8220C" w14:paraId="3088AD28" w14:textId="77777777" w:rsidTr="00490334">
        <w:trPr>
          <w:trHeight w:val="333"/>
        </w:trPr>
        <w:tc>
          <w:tcPr>
            <w:tcW w:w="5258" w:type="dxa"/>
            <w:gridSpan w:val="2"/>
          </w:tcPr>
          <w:p w14:paraId="0D5B7100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Итого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14:paraId="080AD097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34</w:t>
            </w:r>
          </w:p>
        </w:tc>
        <w:tc>
          <w:tcPr>
            <w:tcW w:w="9710" w:type="dxa"/>
            <w:gridSpan w:val="8"/>
          </w:tcPr>
          <w:p w14:paraId="21F0DE3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</w:tr>
      <w:tr w:rsidR="00813C9E" w:rsidRPr="00F8220C" w14:paraId="51E168A2" w14:textId="77777777" w:rsidTr="00490334">
        <w:trPr>
          <w:trHeight w:val="333"/>
        </w:trPr>
        <w:tc>
          <w:tcPr>
            <w:tcW w:w="15496" w:type="dxa"/>
            <w:gridSpan w:val="11"/>
          </w:tcPr>
          <w:p w14:paraId="0667A995" w14:textId="77777777" w:rsidR="00813C9E" w:rsidRPr="00F8220C" w:rsidRDefault="00813C9E" w:rsidP="00490334">
            <w:pPr>
              <w:pStyle w:val="TableParagraph"/>
              <w:spacing w:before="64"/>
              <w:rPr>
                <w:b/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3.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Правила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безопасной</w:t>
            </w:r>
            <w:r w:rsidRPr="00F8220C">
              <w:rPr>
                <w:b/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жизни.</w:t>
            </w:r>
          </w:p>
        </w:tc>
      </w:tr>
      <w:tr w:rsidR="00813C9E" w:rsidRPr="001A58E8" w14:paraId="053C40F1" w14:textId="77777777" w:rsidTr="00490334">
        <w:trPr>
          <w:trHeight w:val="1485"/>
        </w:trPr>
        <w:tc>
          <w:tcPr>
            <w:tcW w:w="468" w:type="dxa"/>
          </w:tcPr>
          <w:p w14:paraId="4F77EED6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3.1.</w:t>
            </w:r>
          </w:p>
        </w:tc>
        <w:tc>
          <w:tcPr>
            <w:tcW w:w="4790" w:type="dxa"/>
          </w:tcPr>
          <w:p w14:paraId="4712555E" w14:textId="77777777" w:rsidR="00813C9E" w:rsidRPr="00F8220C" w:rsidRDefault="00813C9E" w:rsidP="00490334">
            <w:pPr>
              <w:pStyle w:val="TableParagraph"/>
              <w:spacing w:before="52" w:line="268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Здоровый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образ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жизни: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режим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дня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(чередование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сна,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учебных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занятий, двигательной </w:t>
            </w:r>
            <w:r w:rsidRPr="00F8220C">
              <w:rPr>
                <w:b/>
                <w:w w:val="105"/>
                <w:sz w:val="24"/>
                <w:szCs w:val="24"/>
              </w:rPr>
              <w:t>активности) и рациональное питание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(количество</w:t>
            </w:r>
            <w:r w:rsidRPr="00F8220C">
              <w:rPr>
                <w:b/>
                <w:spacing w:val="-3"/>
                <w:w w:val="105"/>
                <w:position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приёмов</w:t>
            </w:r>
            <w:r w:rsidRPr="00F8220C">
              <w:rPr>
                <w:b/>
                <w:spacing w:val="-3"/>
                <w:w w:val="105"/>
                <w:position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пищи</w:t>
            </w:r>
            <w:r w:rsidRPr="00F8220C">
              <w:rPr>
                <w:b/>
                <w:spacing w:val="-4"/>
                <w:w w:val="105"/>
                <w:position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и</w:t>
            </w:r>
            <w:r w:rsidRPr="00F8220C">
              <w:rPr>
                <w:b/>
                <w:spacing w:val="-3"/>
                <w:w w:val="105"/>
                <w:position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рацион</w:t>
            </w:r>
            <w:r w:rsidRPr="00F8220C">
              <w:rPr>
                <w:b/>
                <w:spacing w:val="-3"/>
                <w:w w:val="105"/>
                <w:position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>питания)</w:t>
            </w:r>
            <w:r w:rsidRPr="00F8220C">
              <w:rPr>
                <w:b/>
                <w:w w:val="105"/>
                <w:sz w:val="24"/>
                <w:szCs w:val="24"/>
              </w:rPr>
              <w:t>.</w:t>
            </w:r>
          </w:p>
        </w:tc>
        <w:tc>
          <w:tcPr>
            <w:tcW w:w="528" w:type="dxa"/>
          </w:tcPr>
          <w:p w14:paraId="2561D7E2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  <w:gridSpan w:val="2"/>
          </w:tcPr>
          <w:p w14:paraId="35A3BFAF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  <w:gridSpan w:val="2"/>
          </w:tcPr>
          <w:p w14:paraId="65FD7A75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484FCB3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8331E3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Учебный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диалог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«Зачем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нужен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режим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дня?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Почему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нужно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правильно</w:t>
            </w:r>
            <w:r w:rsidRPr="00F8220C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питаться?»;</w:t>
            </w:r>
          </w:p>
        </w:tc>
        <w:tc>
          <w:tcPr>
            <w:tcW w:w="1116" w:type="dxa"/>
          </w:tcPr>
          <w:p w14:paraId="1C1A469F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37140F2A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17968A17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2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70721AD7" w14:textId="77777777" w:rsidTr="00490334">
        <w:trPr>
          <w:trHeight w:val="1479"/>
        </w:trPr>
        <w:tc>
          <w:tcPr>
            <w:tcW w:w="468" w:type="dxa"/>
          </w:tcPr>
          <w:p w14:paraId="739413F2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3.2.</w:t>
            </w:r>
          </w:p>
        </w:tc>
        <w:tc>
          <w:tcPr>
            <w:tcW w:w="4790" w:type="dxa"/>
          </w:tcPr>
          <w:p w14:paraId="12CE262D" w14:textId="77777777" w:rsidR="00813C9E" w:rsidRPr="00F8220C" w:rsidRDefault="00813C9E" w:rsidP="00490334">
            <w:pPr>
              <w:pStyle w:val="TableParagraph"/>
              <w:spacing w:before="52" w:line="266" w:lineRule="auto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w w:val="105"/>
                <w:sz w:val="24"/>
                <w:szCs w:val="24"/>
              </w:rPr>
              <w:t>Физическая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культура,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закаливание,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игры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воздухе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как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условие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сохранения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укрепления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здоровья.</w:t>
            </w:r>
          </w:p>
        </w:tc>
        <w:tc>
          <w:tcPr>
            <w:tcW w:w="528" w:type="dxa"/>
          </w:tcPr>
          <w:p w14:paraId="099B382F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  <w:gridSpan w:val="2"/>
          </w:tcPr>
          <w:p w14:paraId="22C72084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  <w:gridSpan w:val="2"/>
          </w:tcPr>
          <w:p w14:paraId="4C373FB2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E935E0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768B7F52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Беседа по теме «Что может случиться на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прогулке,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на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игровой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площадке,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дома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школе,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если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не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соблюдать</w:t>
            </w:r>
            <w:r w:rsidRPr="00F8220C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правила</w:t>
            </w:r>
            <w:r w:rsidRPr="00F8220C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безопасности»;</w:t>
            </w:r>
          </w:p>
        </w:tc>
        <w:tc>
          <w:tcPr>
            <w:tcW w:w="1116" w:type="dxa"/>
          </w:tcPr>
          <w:p w14:paraId="60A056F6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0235040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46E8EA52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 xml:space="preserve">(Диск СD) единая </w:t>
            </w:r>
            <w:r w:rsidRPr="00F8220C">
              <w:rPr>
                <w:w w:val="105"/>
                <w:sz w:val="24"/>
                <w:szCs w:val="24"/>
              </w:rPr>
              <w:lastRenderedPageBreak/>
              <w:t>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3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56CBC9AA" w14:textId="77777777" w:rsidTr="00490334">
        <w:trPr>
          <w:trHeight w:val="1303"/>
        </w:trPr>
        <w:tc>
          <w:tcPr>
            <w:tcW w:w="468" w:type="dxa"/>
          </w:tcPr>
          <w:p w14:paraId="647C8CC9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3.3.</w:t>
            </w:r>
          </w:p>
        </w:tc>
        <w:tc>
          <w:tcPr>
            <w:tcW w:w="4790" w:type="dxa"/>
          </w:tcPr>
          <w:p w14:paraId="1931DD67" w14:textId="77777777" w:rsidR="00813C9E" w:rsidRPr="00F8220C" w:rsidRDefault="00813C9E" w:rsidP="00490334">
            <w:pPr>
              <w:pStyle w:val="TableParagraph"/>
              <w:spacing w:before="52" w:line="268" w:lineRule="auto"/>
              <w:ind w:right="232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Правила</w:t>
            </w:r>
            <w:r w:rsidRPr="00F8220C">
              <w:rPr>
                <w:b/>
                <w:spacing w:val="2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безопасности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школе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(маршрут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до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школы,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правила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поведения на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занятиях, переменах, при приёмах пищи, а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position w:val="1"/>
                <w:sz w:val="24"/>
                <w:szCs w:val="24"/>
              </w:rPr>
              <w:t xml:space="preserve">также </w:t>
            </w:r>
            <w:r w:rsidRPr="00F8220C">
              <w:rPr>
                <w:b/>
                <w:w w:val="105"/>
                <w:sz w:val="24"/>
                <w:szCs w:val="24"/>
              </w:rPr>
              <w:t>на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пришкольной</w:t>
            </w:r>
            <w:r w:rsidRPr="00F8220C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территории).</w:t>
            </w:r>
          </w:p>
        </w:tc>
        <w:tc>
          <w:tcPr>
            <w:tcW w:w="528" w:type="dxa"/>
          </w:tcPr>
          <w:p w14:paraId="29077EDA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  <w:gridSpan w:val="2"/>
          </w:tcPr>
          <w:p w14:paraId="1F9A4125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  <w:gridSpan w:val="2"/>
          </w:tcPr>
          <w:p w14:paraId="7BC1FB02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BC7825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0FE16017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 w:right="495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Ролевая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игра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«Мы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—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пешеходы»;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Анализ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дорожных</w:t>
            </w:r>
            <w:r w:rsidRPr="00F8220C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ситуаций.;</w:t>
            </w:r>
          </w:p>
        </w:tc>
        <w:tc>
          <w:tcPr>
            <w:tcW w:w="1116" w:type="dxa"/>
          </w:tcPr>
          <w:p w14:paraId="54300335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50F7F294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5321E7F0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4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0122C542" w14:textId="77777777" w:rsidTr="00490334">
        <w:trPr>
          <w:trHeight w:val="1354"/>
        </w:trPr>
        <w:tc>
          <w:tcPr>
            <w:tcW w:w="468" w:type="dxa"/>
          </w:tcPr>
          <w:p w14:paraId="630452AD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3.4.</w:t>
            </w:r>
          </w:p>
        </w:tc>
        <w:tc>
          <w:tcPr>
            <w:tcW w:w="4790" w:type="dxa"/>
          </w:tcPr>
          <w:p w14:paraId="37E4A179" w14:textId="77777777" w:rsidR="00813C9E" w:rsidRPr="00F8220C" w:rsidRDefault="00813C9E" w:rsidP="00490334">
            <w:pPr>
              <w:pStyle w:val="TableParagraph"/>
              <w:spacing w:before="64" w:line="266" w:lineRule="auto"/>
              <w:ind w:right="42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Правила безопасного поведения пассажира наземного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транспорта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w w:val="105"/>
                <w:sz w:val="24"/>
                <w:szCs w:val="24"/>
              </w:rPr>
              <w:t>метро.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Номера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телефонов</w:t>
            </w:r>
            <w:r w:rsidRPr="00F8220C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экстренной</w:t>
            </w:r>
            <w:r w:rsidRPr="00F8220C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помощи.</w:t>
            </w:r>
          </w:p>
        </w:tc>
        <w:tc>
          <w:tcPr>
            <w:tcW w:w="528" w:type="dxa"/>
          </w:tcPr>
          <w:p w14:paraId="591364A4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  <w:gridSpan w:val="2"/>
          </w:tcPr>
          <w:p w14:paraId="5808BE92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  <w:gridSpan w:val="2"/>
          </w:tcPr>
          <w:p w14:paraId="6283BC75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2E1B10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5751B2F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Беседа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«Правила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поведения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в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общественном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транспорте»;</w:t>
            </w:r>
          </w:p>
        </w:tc>
        <w:tc>
          <w:tcPr>
            <w:tcW w:w="1116" w:type="dxa"/>
          </w:tcPr>
          <w:p w14:paraId="744C4C2E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0" w:right="48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2149" w:type="dxa"/>
          </w:tcPr>
          <w:p w14:paraId="2E136A5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39E429C2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5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1A58E8" w14:paraId="7C2C4367" w14:textId="77777777" w:rsidTr="00490334">
        <w:trPr>
          <w:trHeight w:val="1485"/>
        </w:trPr>
        <w:tc>
          <w:tcPr>
            <w:tcW w:w="468" w:type="dxa"/>
          </w:tcPr>
          <w:p w14:paraId="2DF616EC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lastRenderedPageBreak/>
              <w:t>3.5.</w:t>
            </w:r>
          </w:p>
        </w:tc>
        <w:tc>
          <w:tcPr>
            <w:tcW w:w="4790" w:type="dxa"/>
          </w:tcPr>
          <w:p w14:paraId="54DA1A13" w14:textId="77777777" w:rsidR="00813C9E" w:rsidRPr="00F8220C" w:rsidRDefault="00813C9E" w:rsidP="00490334">
            <w:pPr>
              <w:pStyle w:val="TableParagraph"/>
              <w:spacing w:before="64" w:line="266" w:lineRule="auto"/>
              <w:ind w:right="42"/>
              <w:rPr>
                <w:b/>
                <w:sz w:val="24"/>
                <w:szCs w:val="24"/>
              </w:rPr>
            </w:pPr>
            <w:r w:rsidRPr="00F8220C">
              <w:rPr>
                <w:b/>
                <w:w w:val="105"/>
                <w:sz w:val="24"/>
                <w:szCs w:val="24"/>
              </w:rPr>
              <w:t>Правила поведения при пользовании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компьютером.</w:t>
            </w:r>
            <w:r w:rsidRPr="00F8220C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Безопасность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Интернете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(коммуникация</w:t>
            </w:r>
            <w:r w:rsidRPr="00F8220C">
              <w:rPr>
                <w:b/>
                <w:spacing w:val="2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в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мессенджерах</w:t>
            </w:r>
            <w:r w:rsidRPr="00F8220C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</w:t>
            </w:r>
            <w:r w:rsidRPr="00F8220C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социальных</w:t>
            </w:r>
            <w:r w:rsidRPr="00F8220C">
              <w:rPr>
                <w:b/>
                <w:spacing w:val="20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группах)</w:t>
            </w:r>
            <w:r w:rsidRPr="00F8220C">
              <w:rPr>
                <w:b/>
                <w:spacing w:val="20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в</w:t>
            </w:r>
            <w:r w:rsidRPr="00F8220C">
              <w:rPr>
                <w:b/>
                <w:spacing w:val="21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условиях</w:t>
            </w:r>
            <w:r w:rsidRPr="00F8220C">
              <w:rPr>
                <w:b/>
                <w:spacing w:val="20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контролируемого</w:t>
            </w:r>
            <w:r w:rsidRPr="00F8220C">
              <w:rPr>
                <w:b/>
                <w:spacing w:val="20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доступа</w:t>
            </w:r>
            <w:r w:rsidRPr="00F8220C">
              <w:rPr>
                <w:b/>
                <w:spacing w:val="12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в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w w:val="105"/>
                <w:sz w:val="24"/>
                <w:szCs w:val="24"/>
              </w:rPr>
              <w:t>Интернет.</w:t>
            </w:r>
          </w:p>
        </w:tc>
        <w:tc>
          <w:tcPr>
            <w:tcW w:w="528" w:type="dxa"/>
          </w:tcPr>
          <w:p w14:paraId="4E27350A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  <w:gridSpan w:val="2"/>
          </w:tcPr>
          <w:p w14:paraId="512A929B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  <w:gridSpan w:val="2"/>
          </w:tcPr>
          <w:p w14:paraId="69471335" w14:textId="77777777" w:rsidR="00813C9E" w:rsidRPr="00F8220C" w:rsidRDefault="00813C9E" w:rsidP="00490334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6B8BC5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581EE2AC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79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работа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теме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«Правила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пользования</w:t>
            </w:r>
            <w:r w:rsidRPr="00F8220C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компьютером»;</w:t>
            </w:r>
          </w:p>
        </w:tc>
        <w:tc>
          <w:tcPr>
            <w:tcW w:w="1116" w:type="dxa"/>
          </w:tcPr>
          <w:p w14:paraId="33EAC4BD" w14:textId="77777777" w:rsidR="00813C9E" w:rsidRPr="00F8220C" w:rsidRDefault="00813C9E" w:rsidP="00490334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Тестирование; контрольная работа</w:t>
            </w:r>
          </w:p>
        </w:tc>
        <w:tc>
          <w:tcPr>
            <w:tcW w:w="2149" w:type="dxa"/>
          </w:tcPr>
          <w:p w14:paraId="508A61D9" w14:textId="77777777" w:rsidR="00813C9E" w:rsidRPr="00F8220C" w:rsidRDefault="00813C9E" w:rsidP="00490334">
            <w:pPr>
              <w:pStyle w:val="TableParagraph"/>
              <w:spacing w:before="64" w:line="266" w:lineRule="auto"/>
              <w:ind w:left="81" w:right="212"/>
              <w:rPr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Электронное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приложение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к</w:t>
            </w:r>
            <w:r w:rsidRPr="00F8220C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учебнику</w:t>
            </w:r>
          </w:p>
          <w:p w14:paraId="67D89DD8" w14:textId="77777777" w:rsidR="00813C9E" w:rsidRPr="00F8220C" w:rsidRDefault="00813C9E" w:rsidP="00490334">
            <w:pPr>
              <w:pStyle w:val="TableParagraph"/>
              <w:spacing w:before="2" w:line="266" w:lineRule="auto"/>
              <w:ind w:left="81" w:right="79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«Окружающий мир», 2 класс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(Диск СD) единая коллекция</w:t>
            </w:r>
            <w:r w:rsidRPr="00F8220C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цифровых образовательных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ресурсов (или по адресу:</w:t>
            </w:r>
            <w:r w:rsidRPr="00F8220C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6">
              <w:r w:rsidRPr="00F8220C">
                <w:rPr>
                  <w:spacing w:val="-1"/>
                  <w:w w:val="105"/>
                  <w:sz w:val="24"/>
                  <w:szCs w:val="24"/>
                </w:rPr>
                <w:t>http://school-</w:t>
              </w:r>
              <w:r w:rsidRPr="00F8220C">
                <w:rPr>
                  <w:spacing w:val="-3"/>
                  <w:w w:val="105"/>
                  <w:sz w:val="24"/>
                  <w:szCs w:val="24"/>
                </w:rPr>
                <w:t xml:space="preserve"> </w:t>
              </w:r>
            </w:hyperlink>
            <w:r w:rsidRPr="00F8220C">
              <w:rPr>
                <w:spacing w:val="-1"/>
                <w:w w:val="105"/>
                <w:sz w:val="24"/>
                <w:szCs w:val="24"/>
              </w:rPr>
              <w:t>collection.edu.ru)</w:t>
            </w:r>
          </w:p>
        </w:tc>
      </w:tr>
      <w:tr w:rsidR="00813C9E" w:rsidRPr="00F8220C" w14:paraId="1E40CB4F" w14:textId="77777777" w:rsidTr="00490334">
        <w:trPr>
          <w:trHeight w:val="333"/>
        </w:trPr>
        <w:tc>
          <w:tcPr>
            <w:tcW w:w="5258" w:type="dxa"/>
            <w:gridSpan w:val="2"/>
          </w:tcPr>
          <w:p w14:paraId="4922C1C0" w14:textId="77777777" w:rsidR="00813C9E" w:rsidRPr="00F8220C" w:rsidRDefault="00813C9E" w:rsidP="00490334">
            <w:pPr>
              <w:pStyle w:val="TableParagraph"/>
              <w:spacing w:before="64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Итого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14:paraId="556FBBFD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F8220C">
              <w:rPr>
                <w:w w:val="105"/>
                <w:sz w:val="24"/>
                <w:szCs w:val="24"/>
              </w:rPr>
              <w:t>12</w:t>
            </w:r>
          </w:p>
        </w:tc>
        <w:tc>
          <w:tcPr>
            <w:tcW w:w="9710" w:type="dxa"/>
            <w:gridSpan w:val="8"/>
          </w:tcPr>
          <w:p w14:paraId="3A8BBF9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</w:tr>
      <w:tr w:rsidR="00813C9E" w:rsidRPr="00F8220C" w14:paraId="07079903" w14:textId="77777777" w:rsidTr="00490334">
        <w:trPr>
          <w:trHeight w:val="333"/>
        </w:trPr>
        <w:tc>
          <w:tcPr>
            <w:tcW w:w="5258" w:type="dxa"/>
            <w:gridSpan w:val="2"/>
          </w:tcPr>
          <w:p w14:paraId="36C460EE" w14:textId="77777777" w:rsidR="00813C9E" w:rsidRPr="00F8220C" w:rsidRDefault="00813C9E" w:rsidP="00490334">
            <w:pPr>
              <w:pStyle w:val="TableParagraph"/>
              <w:spacing w:before="64"/>
              <w:rPr>
                <w:w w:val="105"/>
                <w:sz w:val="24"/>
                <w:szCs w:val="24"/>
              </w:rPr>
            </w:pPr>
            <w:r w:rsidRPr="00F8220C">
              <w:rPr>
                <w:spacing w:val="-1"/>
                <w:w w:val="105"/>
                <w:sz w:val="24"/>
                <w:szCs w:val="24"/>
              </w:rPr>
              <w:t>ОБЩЕЕ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spacing w:val="-1"/>
                <w:w w:val="105"/>
                <w:sz w:val="24"/>
                <w:szCs w:val="24"/>
              </w:rPr>
              <w:t>КОЛИЧЕСТВО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ЧАСОВ</w:t>
            </w:r>
            <w:r w:rsidRPr="00F8220C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ПО</w:t>
            </w:r>
            <w:r w:rsidRPr="00F8220C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F8220C">
              <w:rPr>
                <w:w w:val="105"/>
                <w:sz w:val="24"/>
                <w:szCs w:val="24"/>
              </w:rPr>
              <w:t>ПРОГРАММЕ</w:t>
            </w:r>
          </w:p>
        </w:tc>
        <w:tc>
          <w:tcPr>
            <w:tcW w:w="528" w:type="dxa"/>
          </w:tcPr>
          <w:p w14:paraId="26C74C06" w14:textId="77777777" w:rsidR="00813C9E" w:rsidRPr="00F8220C" w:rsidRDefault="00813C9E" w:rsidP="00490334">
            <w:pPr>
              <w:pStyle w:val="TableParagraph"/>
              <w:spacing w:before="64"/>
              <w:ind w:left="77"/>
              <w:rPr>
                <w:w w:val="104"/>
                <w:sz w:val="24"/>
                <w:szCs w:val="24"/>
              </w:rPr>
            </w:pPr>
            <w:r w:rsidRPr="00F8220C">
              <w:rPr>
                <w:w w:val="104"/>
                <w:sz w:val="24"/>
                <w:szCs w:val="24"/>
              </w:rPr>
              <w:t>68</w:t>
            </w:r>
          </w:p>
        </w:tc>
        <w:tc>
          <w:tcPr>
            <w:tcW w:w="1064" w:type="dxa"/>
            <w:tcBorders>
              <w:right w:val="single" w:sz="4" w:space="0" w:color="auto"/>
            </w:tcBorders>
          </w:tcPr>
          <w:p w14:paraId="46BC598C" w14:textId="77777777" w:rsidR="00813C9E" w:rsidRPr="00F8220C" w:rsidRDefault="00813C9E" w:rsidP="00490334">
            <w:pPr>
              <w:pStyle w:val="TableParagraph"/>
              <w:spacing w:before="0"/>
              <w:ind w:left="0"/>
              <w:jc w:val="center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2C421C2" w14:textId="77777777" w:rsidR="00813C9E" w:rsidRPr="00F8220C" w:rsidRDefault="00813C9E" w:rsidP="00490334">
            <w:pPr>
              <w:pStyle w:val="TableParagraph"/>
              <w:spacing w:before="0"/>
              <w:ind w:left="0"/>
              <w:jc w:val="center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</w:t>
            </w:r>
          </w:p>
        </w:tc>
        <w:tc>
          <w:tcPr>
            <w:tcW w:w="7501" w:type="dxa"/>
            <w:gridSpan w:val="5"/>
            <w:tcBorders>
              <w:left w:val="single" w:sz="4" w:space="0" w:color="auto"/>
            </w:tcBorders>
          </w:tcPr>
          <w:p w14:paraId="794FD76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</w:tr>
    </w:tbl>
    <w:p w14:paraId="4985AEAD" w14:textId="77777777" w:rsidR="00813C9E" w:rsidRPr="00F8220C" w:rsidRDefault="00813C9E" w:rsidP="00813C9E">
      <w:pPr>
        <w:rPr>
          <w:rFonts w:ascii="Times New Roman" w:hAnsi="Times New Roman" w:cs="Times New Roman"/>
          <w:sz w:val="24"/>
          <w:szCs w:val="24"/>
        </w:rPr>
        <w:sectPr w:rsidR="00813C9E" w:rsidRPr="00F8220C">
          <w:pgSz w:w="16840" w:h="11900" w:orient="landscape"/>
          <w:pgMar w:top="580" w:right="540" w:bottom="280" w:left="560" w:header="720" w:footer="720" w:gutter="0"/>
          <w:cols w:space="720"/>
        </w:sectPr>
      </w:pPr>
    </w:p>
    <w:p w14:paraId="288B1198" w14:textId="77777777" w:rsidR="00813C9E" w:rsidRPr="00F8220C" w:rsidRDefault="001A58E8" w:rsidP="00813C9E">
      <w:pPr>
        <w:pStyle w:val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1C8DC2BC">
          <v:rect id="Rectangle 4" o:spid="_x0000_s1029" style="position:absolute;margin-left:33.3pt;margin-top:22.9pt;width:528.15pt;height:.6pt;z-index:-2516551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</w:rPr>
        <w:t>ПОУРОЧНОЕ</w:t>
      </w:r>
      <w:r w:rsidR="00813C9E" w:rsidRPr="00F8220C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</w:rPr>
        <w:t>ПЛАНИРОВАНИЕ</w:t>
      </w:r>
    </w:p>
    <w:p w14:paraId="7A2EB986" w14:textId="77777777" w:rsidR="00813C9E" w:rsidRPr="00F8220C" w:rsidRDefault="00813C9E" w:rsidP="00813C9E">
      <w:pPr>
        <w:pStyle w:val="af"/>
        <w:spacing w:before="2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6AB2FD97" w14:textId="77777777" w:rsidTr="00490334">
        <w:trPr>
          <w:trHeight w:val="477"/>
        </w:trPr>
        <w:tc>
          <w:tcPr>
            <w:tcW w:w="504" w:type="dxa"/>
            <w:vMerge w:val="restart"/>
          </w:tcPr>
          <w:p w14:paraId="6D904A8E" w14:textId="77777777" w:rsidR="00813C9E" w:rsidRPr="00F8220C" w:rsidRDefault="00813C9E" w:rsidP="00490334">
            <w:pPr>
              <w:pStyle w:val="TableParagraph"/>
              <w:spacing w:line="292" w:lineRule="auto"/>
              <w:ind w:right="49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№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673" w:type="dxa"/>
            <w:vMerge w:val="restart"/>
          </w:tcPr>
          <w:p w14:paraId="5389139C" w14:textId="77777777" w:rsidR="00813C9E" w:rsidRPr="00F8220C" w:rsidRDefault="00813C9E" w:rsidP="00490334">
            <w:pPr>
              <w:pStyle w:val="TableParagraph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Тема</w:t>
            </w:r>
            <w:r w:rsidRPr="00F8220C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урока</w:t>
            </w:r>
          </w:p>
        </w:tc>
        <w:tc>
          <w:tcPr>
            <w:tcW w:w="4020" w:type="dxa"/>
            <w:gridSpan w:val="3"/>
          </w:tcPr>
          <w:p w14:paraId="4CC22269" w14:textId="77777777" w:rsidR="00813C9E" w:rsidRPr="00F8220C" w:rsidRDefault="00813C9E" w:rsidP="00490334">
            <w:pPr>
              <w:pStyle w:val="TableParagraph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Количество</w:t>
            </w:r>
            <w:r w:rsidRPr="00F8220C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часов</w:t>
            </w:r>
          </w:p>
        </w:tc>
        <w:tc>
          <w:tcPr>
            <w:tcW w:w="1164" w:type="dxa"/>
            <w:vMerge w:val="restart"/>
          </w:tcPr>
          <w:p w14:paraId="4EAEEEB6" w14:textId="77777777" w:rsidR="00813C9E" w:rsidRPr="00F8220C" w:rsidRDefault="00813C9E" w:rsidP="00490334">
            <w:pPr>
              <w:pStyle w:val="TableParagraph"/>
              <w:spacing w:line="292" w:lineRule="auto"/>
              <w:ind w:left="77" w:right="57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Дата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spacing w:val="-1"/>
                <w:sz w:val="24"/>
                <w:szCs w:val="24"/>
              </w:rPr>
              <w:t>изучения</w:t>
            </w:r>
          </w:p>
        </w:tc>
        <w:tc>
          <w:tcPr>
            <w:tcW w:w="1188" w:type="dxa"/>
            <w:vMerge w:val="restart"/>
          </w:tcPr>
          <w:p w14:paraId="28088A6B" w14:textId="77777777" w:rsidR="00813C9E" w:rsidRPr="00F8220C" w:rsidRDefault="00813C9E" w:rsidP="00490334">
            <w:pPr>
              <w:pStyle w:val="TableParagraph"/>
              <w:spacing w:line="292" w:lineRule="auto"/>
              <w:ind w:left="78" w:right="42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Виды,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формы</w:t>
            </w:r>
            <w:r w:rsidRPr="00F8220C">
              <w:rPr>
                <w:b/>
                <w:spacing w:val="1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контроля</w:t>
            </w:r>
          </w:p>
        </w:tc>
      </w:tr>
      <w:tr w:rsidR="00813C9E" w:rsidRPr="00F8220C" w14:paraId="5220B17A" w14:textId="77777777" w:rsidTr="00490334">
        <w:trPr>
          <w:trHeight w:val="813"/>
        </w:trPr>
        <w:tc>
          <w:tcPr>
            <w:tcW w:w="504" w:type="dxa"/>
            <w:vMerge/>
            <w:tcBorders>
              <w:top w:val="nil"/>
            </w:tcBorders>
          </w:tcPr>
          <w:p w14:paraId="6FB77813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73" w:type="dxa"/>
            <w:vMerge/>
            <w:tcBorders>
              <w:top w:val="nil"/>
            </w:tcBorders>
          </w:tcPr>
          <w:p w14:paraId="6C865228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2" w:type="dxa"/>
          </w:tcPr>
          <w:p w14:paraId="780AC00A" w14:textId="77777777" w:rsidR="00813C9E" w:rsidRPr="00F8220C" w:rsidRDefault="00813C9E" w:rsidP="00490334">
            <w:pPr>
              <w:pStyle w:val="TableParagraph"/>
              <w:rPr>
                <w:b/>
                <w:sz w:val="24"/>
                <w:szCs w:val="24"/>
              </w:rPr>
            </w:pPr>
            <w:r w:rsidRPr="00F8220C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620" w:type="dxa"/>
          </w:tcPr>
          <w:p w14:paraId="4F76350B" w14:textId="77777777" w:rsidR="00813C9E" w:rsidRPr="00F8220C" w:rsidRDefault="00813C9E" w:rsidP="00490334">
            <w:pPr>
              <w:pStyle w:val="TableParagraph"/>
              <w:spacing w:line="292" w:lineRule="auto"/>
              <w:ind w:right="58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sz w:val="24"/>
                <w:szCs w:val="24"/>
              </w:rPr>
              <w:t>контрольные</w:t>
            </w:r>
            <w:r w:rsidRPr="00F8220C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1668" w:type="dxa"/>
          </w:tcPr>
          <w:p w14:paraId="04DDD91E" w14:textId="77777777" w:rsidR="00813C9E" w:rsidRPr="00F8220C" w:rsidRDefault="00813C9E" w:rsidP="00490334">
            <w:pPr>
              <w:pStyle w:val="TableParagraph"/>
              <w:spacing w:line="292" w:lineRule="auto"/>
              <w:ind w:left="77" w:right="50"/>
              <w:rPr>
                <w:b/>
                <w:sz w:val="24"/>
                <w:szCs w:val="24"/>
              </w:rPr>
            </w:pPr>
            <w:r w:rsidRPr="00F8220C">
              <w:rPr>
                <w:b/>
                <w:spacing w:val="-1"/>
                <w:sz w:val="24"/>
                <w:szCs w:val="24"/>
              </w:rPr>
              <w:t>практические</w:t>
            </w:r>
            <w:r w:rsidRPr="00F8220C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F8220C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1164" w:type="dxa"/>
            <w:vMerge/>
            <w:tcBorders>
              <w:top w:val="nil"/>
            </w:tcBorders>
          </w:tcPr>
          <w:p w14:paraId="4DDEF983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8" w:type="dxa"/>
            <w:vMerge/>
            <w:tcBorders>
              <w:top w:val="nil"/>
            </w:tcBorders>
          </w:tcPr>
          <w:p w14:paraId="7E16F778" w14:textId="77777777" w:rsidR="00813C9E" w:rsidRPr="00F8220C" w:rsidRDefault="00813C9E" w:rsidP="00490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3C9E" w:rsidRPr="00F8220C" w14:paraId="2E021F14" w14:textId="77777777" w:rsidTr="00490334">
        <w:trPr>
          <w:trHeight w:val="1149"/>
        </w:trPr>
        <w:tc>
          <w:tcPr>
            <w:tcW w:w="504" w:type="dxa"/>
          </w:tcPr>
          <w:p w14:paraId="4B456AF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1.</w:t>
            </w:r>
          </w:p>
        </w:tc>
        <w:tc>
          <w:tcPr>
            <w:tcW w:w="3673" w:type="dxa"/>
          </w:tcPr>
          <w:p w14:paraId="412550CF" w14:textId="77777777" w:rsidR="00813C9E" w:rsidRPr="00F8220C" w:rsidRDefault="00813C9E" w:rsidP="00490334">
            <w:pPr>
              <w:pStyle w:val="TableParagraph"/>
              <w:spacing w:line="292" w:lineRule="auto"/>
              <w:ind w:right="20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Родная страна</w:t>
            </w:r>
          </w:p>
        </w:tc>
        <w:tc>
          <w:tcPr>
            <w:tcW w:w="732" w:type="dxa"/>
          </w:tcPr>
          <w:p w14:paraId="4F99EF3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F79E40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22E7181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AC5573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FAF2A99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26A6219" w14:textId="77777777" w:rsidTr="00490334">
        <w:trPr>
          <w:trHeight w:val="1149"/>
        </w:trPr>
        <w:tc>
          <w:tcPr>
            <w:tcW w:w="504" w:type="dxa"/>
          </w:tcPr>
          <w:p w14:paraId="226F008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2.</w:t>
            </w:r>
          </w:p>
        </w:tc>
        <w:tc>
          <w:tcPr>
            <w:tcW w:w="3673" w:type="dxa"/>
          </w:tcPr>
          <w:p w14:paraId="17743913" w14:textId="77777777" w:rsidR="00813C9E" w:rsidRPr="00F8220C" w:rsidRDefault="00813C9E" w:rsidP="00490334">
            <w:pPr>
              <w:pStyle w:val="TableParagraph"/>
              <w:spacing w:line="292" w:lineRule="auto"/>
              <w:ind w:right="828"/>
              <w:jc w:val="bot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Город и село </w:t>
            </w:r>
          </w:p>
        </w:tc>
        <w:tc>
          <w:tcPr>
            <w:tcW w:w="732" w:type="dxa"/>
          </w:tcPr>
          <w:p w14:paraId="60BE554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0DB958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30385F4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936A06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FB5898A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4015424" w14:textId="77777777" w:rsidTr="00490334">
        <w:trPr>
          <w:trHeight w:val="1149"/>
        </w:trPr>
        <w:tc>
          <w:tcPr>
            <w:tcW w:w="504" w:type="dxa"/>
          </w:tcPr>
          <w:p w14:paraId="764259B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3.</w:t>
            </w:r>
          </w:p>
        </w:tc>
        <w:tc>
          <w:tcPr>
            <w:tcW w:w="3673" w:type="dxa"/>
          </w:tcPr>
          <w:p w14:paraId="6A79567D" w14:textId="77777777" w:rsidR="00813C9E" w:rsidRPr="00F8220C" w:rsidRDefault="00813C9E" w:rsidP="00490334">
            <w:pPr>
              <w:pStyle w:val="TableParagraph"/>
              <w:spacing w:line="292" w:lineRule="auto"/>
              <w:ind w:right="104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Наши проекты «Родной город (село)»</w:t>
            </w:r>
          </w:p>
        </w:tc>
        <w:tc>
          <w:tcPr>
            <w:tcW w:w="732" w:type="dxa"/>
          </w:tcPr>
          <w:p w14:paraId="4BF7E77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0782D0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D63589B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74AF29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149B714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E2D5E0C" w14:textId="77777777" w:rsidTr="00490334">
        <w:trPr>
          <w:trHeight w:val="813"/>
        </w:trPr>
        <w:tc>
          <w:tcPr>
            <w:tcW w:w="504" w:type="dxa"/>
          </w:tcPr>
          <w:p w14:paraId="2205D16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4.</w:t>
            </w:r>
          </w:p>
        </w:tc>
        <w:tc>
          <w:tcPr>
            <w:tcW w:w="3673" w:type="dxa"/>
          </w:tcPr>
          <w:p w14:paraId="543E4A15" w14:textId="77777777" w:rsidR="00813C9E" w:rsidRPr="00F8220C" w:rsidRDefault="00813C9E" w:rsidP="00490334">
            <w:pPr>
              <w:pStyle w:val="TableParagraph"/>
              <w:spacing w:line="292" w:lineRule="auto"/>
              <w:ind w:right="74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Природа и рукотворный мир</w:t>
            </w:r>
          </w:p>
        </w:tc>
        <w:tc>
          <w:tcPr>
            <w:tcW w:w="732" w:type="dxa"/>
          </w:tcPr>
          <w:p w14:paraId="74ACEB4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8CB195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2975BD9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3AB4D6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DC448E5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67AE1F4" w14:textId="77777777" w:rsidTr="00490334">
        <w:trPr>
          <w:trHeight w:val="1149"/>
        </w:trPr>
        <w:tc>
          <w:tcPr>
            <w:tcW w:w="504" w:type="dxa"/>
          </w:tcPr>
          <w:p w14:paraId="4D7DB8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5.</w:t>
            </w:r>
          </w:p>
        </w:tc>
        <w:tc>
          <w:tcPr>
            <w:tcW w:w="3673" w:type="dxa"/>
          </w:tcPr>
          <w:p w14:paraId="6B2433D2" w14:textId="77777777" w:rsidR="00813C9E" w:rsidRPr="00F8220C" w:rsidRDefault="00813C9E" w:rsidP="00490334">
            <w:pPr>
              <w:pStyle w:val="TableParagraph"/>
              <w:spacing w:line="292" w:lineRule="auto"/>
              <w:ind w:right="248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Проверим себя и оценим достижения</w:t>
            </w:r>
          </w:p>
        </w:tc>
        <w:tc>
          <w:tcPr>
            <w:tcW w:w="732" w:type="dxa"/>
          </w:tcPr>
          <w:p w14:paraId="66E4FC5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9B19BF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2DB8AD45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0DBEA7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2FBD9145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Контрольная работа</w:t>
            </w:r>
          </w:p>
        </w:tc>
      </w:tr>
      <w:tr w:rsidR="00813C9E" w:rsidRPr="00F8220C" w14:paraId="3EA3D971" w14:textId="77777777" w:rsidTr="00490334">
        <w:trPr>
          <w:trHeight w:val="1149"/>
        </w:trPr>
        <w:tc>
          <w:tcPr>
            <w:tcW w:w="504" w:type="dxa"/>
          </w:tcPr>
          <w:p w14:paraId="033B17F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6.</w:t>
            </w:r>
          </w:p>
        </w:tc>
        <w:tc>
          <w:tcPr>
            <w:tcW w:w="3673" w:type="dxa"/>
          </w:tcPr>
          <w:p w14:paraId="0D136621" w14:textId="77777777" w:rsidR="00813C9E" w:rsidRPr="00F8220C" w:rsidRDefault="00813C9E" w:rsidP="00490334">
            <w:pPr>
              <w:pStyle w:val="TableParagraph"/>
              <w:spacing w:line="292" w:lineRule="auto"/>
              <w:ind w:right="248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Неживая и живая природа</w:t>
            </w:r>
          </w:p>
        </w:tc>
        <w:tc>
          <w:tcPr>
            <w:tcW w:w="732" w:type="dxa"/>
          </w:tcPr>
          <w:p w14:paraId="3C41BC1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0D9560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CC5FE04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2AED77E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88DAFF4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8C8827C" w14:textId="77777777" w:rsidTr="00490334">
        <w:trPr>
          <w:trHeight w:val="1149"/>
        </w:trPr>
        <w:tc>
          <w:tcPr>
            <w:tcW w:w="504" w:type="dxa"/>
          </w:tcPr>
          <w:p w14:paraId="2ED99E8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7.</w:t>
            </w:r>
          </w:p>
        </w:tc>
        <w:tc>
          <w:tcPr>
            <w:tcW w:w="3673" w:type="dxa"/>
          </w:tcPr>
          <w:p w14:paraId="6DA48852" w14:textId="77777777" w:rsidR="00813C9E" w:rsidRPr="00F8220C" w:rsidRDefault="00813C9E" w:rsidP="00490334">
            <w:pPr>
              <w:pStyle w:val="TableParagraph"/>
              <w:spacing w:line="292" w:lineRule="auto"/>
              <w:ind w:right="449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Явления природы</w:t>
            </w:r>
          </w:p>
        </w:tc>
        <w:tc>
          <w:tcPr>
            <w:tcW w:w="732" w:type="dxa"/>
          </w:tcPr>
          <w:p w14:paraId="5C0EB0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A9E514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6A18AE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E5AA5E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69B243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770B445" w14:textId="77777777" w:rsidTr="00490334">
        <w:trPr>
          <w:trHeight w:val="1149"/>
        </w:trPr>
        <w:tc>
          <w:tcPr>
            <w:tcW w:w="504" w:type="dxa"/>
          </w:tcPr>
          <w:p w14:paraId="5F428D3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8.</w:t>
            </w:r>
          </w:p>
        </w:tc>
        <w:tc>
          <w:tcPr>
            <w:tcW w:w="3673" w:type="dxa"/>
          </w:tcPr>
          <w:p w14:paraId="17312DDC" w14:textId="77777777" w:rsidR="00813C9E" w:rsidRPr="00F8220C" w:rsidRDefault="00813C9E" w:rsidP="00490334">
            <w:pPr>
              <w:pStyle w:val="TableParagraph"/>
              <w:spacing w:line="292" w:lineRule="auto"/>
              <w:ind w:right="242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Что такое погода</w:t>
            </w:r>
          </w:p>
        </w:tc>
        <w:tc>
          <w:tcPr>
            <w:tcW w:w="732" w:type="dxa"/>
          </w:tcPr>
          <w:p w14:paraId="54B91C7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C85453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FBD15DC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3FC92A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B93FD7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8335EE9" w14:textId="77777777" w:rsidTr="00490334">
        <w:trPr>
          <w:trHeight w:val="1485"/>
        </w:trPr>
        <w:tc>
          <w:tcPr>
            <w:tcW w:w="504" w:type="dxa"/>
          </w:tcPr>
          <w:p w14:paraId="19C0B1A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9.</w:t>
            </w:r>
          </w:p>
        </w:tc>
        <w:tc>
          <w:tcPr>
            <w:tcW w:w="3673" w:type="dxa"/>
          </w:tcPr>
          <w:p w14:paraId="106D284C" w14:textId="77777777" w:rsidR="00813C9E" w:rsidRPr="00F8220C" w:rsidRDefault="00813C9E" w:rsidP="00490334">
            <w:pPr>
              <w:pStyle w:val="TableParagraph"/>
              <w:spacing w:line="292" w:lineRule="auto"/>
              <w:ind w:right="20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 гости к осени</w:t>
            </w:r>
          </w:p>
        </w:tc>
        <w:tc>
          <w:tcPr>
            <w:tcW w:w="732" w:type="dxa"/>
          </w:tcPr>
          <w:p w14:paraId="46AF950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8F5B1F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4BA45CC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9148BDC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4464E3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36D763BA" w14:textId="77777777" w:rsidTr="00490334">
        <w:trPr>
          <w:trHeight w:val="1149"/>
        </w:trPr>
        <w:tc>
          <w:tcPr>
            <w:tcW w:w="504" w:type="dxa"/>
          </w:tcPr>
          <w:p w14:paraId="05CCDCB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10.</w:t>
            </w:r>
          </w:p>
        </w:tc>
        <w:tc>
          <w:tcPr>
            <w:tcW w:w="3673" w:type="dxa"/>
          </w:tcPr>
          <w:p w14:paraId="1F3B8084" w14:textId="77777777" w:rsidR="00813C9E" w:rsidRPr="00F8220C" w:rsidRDefault="00813C9E" w:rsidP="00490334">
            <w:pPr>
              <w:pStyle w:val="TableParagraph"/>
              <w:spacing w:line="292" w:lineRule="auto"/>
              <w:ind w:right="389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Звёздное небо</w:t>
            </w:r>
          </w:p>
        </w:tc>
        <w:tc>
          <w:tcPr>
            <w:tcW w:w="732" w:type="dxa"/>
          </w:tcPr>
          <w:p w14:paraId="48BE185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FB90A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8DCD60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164" w:type="dxa"/>
          </w:tcPr>
          <w:p w14:paraId="0B0C030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6DC91EF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Практическая работа</w:t>
            </w:r>
          </w:p>
        </w:tc>
      </w:tr>
      <w:tr w:rsidR="00813C9E" w:rsidRPr="00F8220C" w14:paraId="2E838A69" w14:textId="77777777" w:rsidTr="00490334">
        <w:trPr>
          <w:trHeight w:val="1149"/>
        </w:trPr>
        <w:tc>
          <w:tcPr>
            <w:tcW w:w="504" w:type="dxa"/>
          </w:tcPr>
          <w:p w14:paraId="0019B19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11.</w:t>
            </w:r>
          </w:p>
        </w:tc>
        <w:tc>
          <w:tcPr>
            <w:tcW w:w="3673" w:type="dxa"/>
          </w:tcPr>
          <w:p w14:paraId="74BF7BBF" w14:textId="77777777" w:rsidR="00813C9E" w:rsidRPr="00F8220C" w:rsidRDefault="00813C9E" w:rsidP="00490334">
            <w:pPr>
              <w:pStyle w:val="TableParagraph"/>
              <w:spacing w:line="292" w:lineRule="auto"/>
              <w:ind w:right="389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Заклянем в кладовые Земли</w:t>
            </w:r>
          </w:p>
        </w:tc>
        <w:tc>
          <w:tcPr>
            <w:tcW w:w="732" w:type="dxa"/>
          </w:tcPr>
          <w:p w14:paraId="70FB329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FCFC69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10311BC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DCC22A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B5A33D6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3EE2500B" w14:textId="77777777" w:rsidTr="00490334">
        <w:trPr>
          <w:trHeight w:val="813"/>
        </w:trPr>
        <w:tc>
          <w:tcPr>
            <w:tcW w:w="504" w:type="dxa"/>
          </w:tcPr>
          <w:p w14:paraId="0761A6A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12.</w:t>
            </w:r>
          </w:p>
        </w:tc>
        <w:tc>
          <w:tcPr>
            <w:tcW w:w="3673" w:type="dxa"/>
          </w:tcPr>
          <w:p w14:paraId="48440E18" w14:textId="77777777" w:rsidR="00813C9E" w:rsidRPr="00F8220C" w:rsidRDefault="00813C9E" w:rsidP="00490334">
            <w:pPr>
              <w:pStyle w:val="TableParagraph"/>
              <w:spacing w:line="292" w:lineRule="auto"/>
              <w:ind w:right="574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 воздух…</w:t>
            </w:r>
          </w:p>
        </w:tc>
        <w:tc>
          <w:tcPr>
            <w:tcW w:w="732" w:type="dxa"/>
          </w:tcPr>
          <w:p w14:paraId="75DD80F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DAA54A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A7F9146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AF4D9C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E53C61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</w:tbl>
    <w:p w14:paraId="0B2595FC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5B2E6595" w14:textId="77777777" w:rsidTr="00490334">
        <w:trPr>
          <w:trHeight w:val="813"/>
        </w:trPr>
        <w:tc>
          <w:tcPr>
            <w:tcW w:w="504" w:type="dxa"/>
          </w:tcPr>
          <w:p w14:paraId="3BF78BC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13.</w:t>
            </w:r>
          </w:p>
        </w:tc>
        <w:tc>
          <w:tcPr>
            <w:tcW w:w="3673" w:type="dxa"/>
          </w:tcPr>
          <w:p w14:paraId="22BB64EF" w14:textId="77777777" w:rsidR="00813C9E" w:rsidRPr="00F8220C" w:rsidRDefault="00813C9E" w:rsidP="00490334">
            <w:pPr>
              <w:pStyle w:val="TableParagraph"/>
              <w:spacing w:line="292" w:lineRule="auto"/>
              <w:ind w:right="59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…И про воду</w:t>
            </w:r>
          </w:p>
        </w:tc>
        <w:tc>
          <w:tcPr>
            <w:tcW w:w="732" w:type="dxa"/>
          </w:tcPr>
          <w:p w14:paraId="0A1BEB6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C22D2A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EF8B474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62F80CE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176D67A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25852D3" w14:textId="77777777" w:rsidTr="00490334">
        <w:trPr>
          <w:trHeight w:val="1002"/>
        </w:trPr>
        <w:tc>
          <w:tcPr>
            <w:tcW w:w="504" w:type="dxa"/>
          </w:tcPr>
          <w:p w14:paraId="1DFBDEE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14.</w:t>
            </w:r>
          </w:p>
        </w:tc>
        <w:tc>
          <w:tcPr>
            <w:tcW w:w="3673" w:type="dxa"/>
          </w:tcPr>
          <w:p w14:paraId="62A2C1E5" w14:textId="77777777" w:rsidR="00813C9E" w:rsidRPr="00F8220C" w:rsidRDefault="00813C9E" w:rsidP="00490334">
            <w:pPr>
              <w:pStyle w:val="TableParagraph"/>
              <w:spacing w:line="292" w:lineRule="auto"/>
              <w:ind w:right="35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Какие бывают растения</w:t>
            </w:r>
          </w:p>
        </w:tc>
        <w:tc>
          <w:tcPr>
            <w:tcW w:w="732" w:type="dxa"/>
          </w:tcPr>
          <w:p w14:paraId="18F54BB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566063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060A47CD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3713DB1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A588E4F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20BD283D" w14:textId="77777777" w:rsidTr="00490334">
        <w:trPr>
          <w:trHeight w:val="1149"/>
        </w:trPr>
        <w:tc>
          <w:tcPr>
            <w:tcW w:w="504" w:type="dxa"/>
          </w:tcPr>
          <w:p w14:paraId="416E589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15.</w:t>
            </w:r>
          </w:p>
        </w:tc>
        <w:tc>
          <w:tcPr>
            <w:tcW w:w="3673" w:type="dxa"/>
          </w:tcPr>
          <w:p w14:paraId="4149A772" w14:textId="77777777" w:rsidR="00813C9E" w:rsidRPr="00F8220C" w:rsidRDefault="00813C9E" w:rsidP="00490334">
            <w:pPr>
              <w:pStyle w:val="TableParagraph"/>
              <w:spacing w:line="292" w:lineRule="auto"/>
              <w:ind w:right="231"/>
              <w:jc w:val="bot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Какие бывают животные</w:t>
            </w:r>
          </w:p>
        </w:tc>
        <w:tc>
          <w:tcPr>
            <w:tcW w:w="732" w:type="dxa"/>
          </w:tcPr>
          <w:p w14:paraId="41A98D4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09E37A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0CA17D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400D3C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EC9DA00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5532DDD" w14:textId="77777777" w:rsidTr="00490334">
        <w:trPr>
          <w:trHeight w:val="1149"/>
        </w:trPr>
        <w:tc>
          <w:tcPr>
            <w:tcW w:w="504" w:type="dxa"/>
          </w:tcPr>
          <w:p w14:paraId="13BD77E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16.</w:t>
            </w:r>
          </w:p>
        </w:tc>
        <w:tc>
          <w:tcPr>
            <w:tcW w:w="3673" w:type="dxa"/>
          </w:tcPr>
          <w:p w14:paraId="66AE17FC" w14:textId="77777777" w:rsidR="00813C9E" w:rsidRPr="00F8220C" w:rsidRDefault="00813C9E" w:rsidP="00490334">
            <w:pPr>
              <w:pStyle w:val="TableParagraph"/>
              <w:spacing w:line="292" w:lineRule="auto"/>
              <w:ind w:right="231"/>
              <w:jc w:val="bot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Невидимые нити</w:t>
            </w:r>
          </w:p>
        </w:tc>
        <w:tc>
          <w:tcPr>
            <w:tcW w:w="732" w:type="dxa"/>
          </w:tcPr>
          <w:p w14:paraId="3FDAFF6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F85F37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0DA8B53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B1FE09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0F80135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E40DFC3" w14:textId="77777777" w:rsidTr="00490334">
        <w:trPr>
          <w:trHeight w:val="1149"/>
        </w:trPr>
        <w:tc>
          <w:tcPr>
            <w:tcW w:w="504" w:type="dxa"/>
          </w:tcPr>
          <w:p w14:paraId="7313486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17.</w:t>
            </w:r>
          </w:p>
        </w:tc>
        <w:tc>
          <w:tcPr>
            <w:tcW w:w="3673" w:type="dxa"/>
          </w:tcPr>
          <w:p w14:paraId="45CE994C" w14:textId="77777777" w:rsidR="00813C9E" w:rsidRPr="00F8220C" w:rsidRDefault="00813C9E" w:rsidP="00490334">
            <w:pPr>
              <w:pStyle w:val="TableParagraph"/>
              <w:spacing w:line="292" w:lineRule="auto"/>
              <w:ind w:right="231"/>
              <w:jc w:val="bot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Дикорастущие и культурные растения</w:t>
            </w:r>
          </w:p>
        </w:tc>
        <w:tc>
          <w:tcPr>
            <w:tcW w:w="732" w:type="dxa"/>
          </w:tcPr>
          <w:p w14:paraId="21DBE3D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BC0397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868A6CC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1D3DEE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81A913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3C3B60B0" w14:textId="77777777" w:rsidTr="00490334">
        <w:trPr>
          <w:trHeight w:val="1149"/>
        </w:trPr>
        <w:tc>
          <w:tcPr>
            <w:tcW w:w="504" w:type="dxa"/>
          </w:tcPr>
          <w:p w14:paraId="19D5295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18.</w:t>
            </w:r>
          </w:p>
        </w:tc>
        <w:tc>
          <w:tcPr>
            <w:tcW w:w="3673" w:type="dxa"/>
          </w:tcPr>
          <w:p w14:paraId="219EA414" w14:textId="77777777" w:rsidR="00813C9E" w:rsidRPr="00F8220C" w:rsidRDefault="00813C9E" w:rsidP="00490334">
            <w:pPr>
              <w:pStyle w:val="TableParagraph"/>
              <w:spacing w:line="292" w:lineRule="auto"/>
              <w:ind w:right="23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Дикие и домашние животные</w:t>
            </w:r>
          </w:p>
        </w:tc>
        <w:tc>
          <w:tcPr>
            <w:tcW w:w="732" w:type="dxa"/>
          </w:tcPr>
          <w:p w14:paraId="5E0947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511170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BACBEA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4D1A1FF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E48719C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2318ECE" w14:textId="77777777" w:rsidTr="00490334">
        <w:trPr>
          <w:trHeight w:val="1149"/>
        </w:trPr>
        <w:tc>
          <w:tcPr>
            <w:tcW w:w="504" w:type="dxa"/>
          </w:tcPr>
          <w:p w14:paraId="4CF912E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19.</w:t>
            </w:r>
          </w:p>
        </w:tc>
        <w:tc>
          <w:tcPr>
            <w:tcW w:w="3673" w:type="dxa"/>
          </w:tcPr>
          <w:p w14:paraId="0A5644DE" w14:textId="77777777" w:rsidR="00813C9E" w:rsidRPr="00F8220C" w:rsidRDefault="00813C9E" w:rsidP="00490334">
            <w:pPr>
              <w:pStyle w:val="TableParagraph"/>
              <w:spacing w:line="292" w:lineRule="auto"/>
              <w:ind w:right="23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Комнатные растения</w:t>
            </w:r>
          </w:p>
        </w:tc>
        <w:tc>
          <w:tcPr>
            <w:tcW w:w="732" w:type="dxa"/>
          </w:tcPr>
          <w:p w14:paraId="2A9CA72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6C661D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3A40538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668EAD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2062E7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FC48236" w14:textId="77777777" w:rsidTr="00490334">
        <w:trPr>
          <w:trHeight w:val="1149"/>
        </w:trPr>
        <w:tc>
          <w:tcPr>
            <w:tcW w:w="504" w:type="dxa"/>
          </w:tcPr>
          <w:p w14:paraId="52404D2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20.</w:t>
            </w:r>
          </w:p>
        </w:tc>
        <w:tc>
          <w:tcPr>
            <w:tcW w:w="3673" w:type="dxa"/>
          </w:tcPr>
          <w:p w14:paraId="07DD971C" w14:textId="77777777" w:rsidR="00813C9E" w:rsidRPr="00F8220C" w:rsidRDefault="00813C9E" w:rsidP="00490334">
            <w:pPr>
              <w:pStyle w:val="TableParagraph"/>
              <w:spacing w:line="292" w:lineRule="auto"/>
              <w:ind w:right="23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Животные живого уголка</w:t>
            </w:r>
          </w:p>
        </w:tc>
        <w:tc>
          <w:tcPr>
            <w:tcW w:w="732" w:type="dxa"/>
          </w:tcPr>
          <w:p w14:paraId="5AFAC5E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186A8E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60B518F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B449D0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1249440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2712EBD" w14:textId="77777777" w:rsidTr="00490334">
        <w:trPr>
          <w:trHeight w:val="813"/>
        </w:trPr>
        <w:tc>
          <w:tcPr>
            <w:tcW w:w="504" w:type="dxa"/>
          </w:tcPr>
          <w:p w14:paraId="50C4232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21.</w:t>
            </w:r>
          </w:p>
        </w:tc>
        <w:tc>
          <w:tcPr>
            <w:tcW w:w="3673" w:type="dxa"/>
          </w:tcPr>
          <w:p w14:paraId="0F84E789" w14:textId="77777777" w:rsidR="00813C9E" w:rsidRPr="00F8220C" w:rsidRDefault="00813C9E" w:rsidP="00490334">
            <w:pPr>
              <w:pStyle w:val="TableParagraph"/>
              <w:spacing w:line="292" w:lineRule="auto"/>
              <w:ind w:right="62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 кошек и собак</w:t>
            </w:r>
          </w:p>
        </w:tc>
        <w:tc>
          <w:tcPr>
            <w:tcW w:w="732" w:type="dxa"/>
          </w:tcPr>
          <w:p w14:paraId="78B322D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B4DB66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F5A7A56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D13F99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25A6F6B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0C90A3C0" w14:textId="77777777" w:rsidTr="00490334">
        <w:trPr>
          <w:trHeight w:val="813"/>
        </w:trPr>
        <w:tc>
          <w:tcPr>
            <w:tcW w:w="504" w:type="dxa"/>
          </w:tcPr>
          <w:p w14:paraId="7B1B04D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22.</w:t>
            </w:r>
          </w:p>
        </w:tc>
        <w:tc>
          <w:tcPr>
            <w:tcW w:w="3673" w:type="dxa"/>
          </w:tcPr>
          <w:p w14:paraId="56949F04" w14:textId="77777777" w:rsidR="00813C9E" w:rsidRPr="00F8220C" w:rsidRDefault="00813C9E" w:rsidP="00490334">
            <w:pPr>
              <w:pStyle w:val="TableParagraph"/>
              <w:spacing w:line="292" w:lineRule="auto"/>
              <w:ind w:right="62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Красная книга</w:t>
            </w:r>
          </w:p>
        </w:tc>
        <w:tc>
          <w:tcPr>
            <w:tcW w:w="732" w:type="dxa"/>
          </w:tcPr>
          <w:p w14:paraId="1EA5353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2F86EB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FBCC24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776803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82207C3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2F1344B" w14:textId="77777777" w:rsidTr="00490334">
        <w:trPr>
          <w:trHeight w:val="813"/>
        </w:trPr>
        <w:tc>
          <w:tcPr>
            <w:tcW w:w="504" w:type="dxa"/>
          </w:tcPr>
          <w:p w14:paraId="23E6C36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23.</w:t>
            </w:r>
          </w:p>
        </w:tc>
        <w:tc>
          <w:tcPr>
            <w:tcW w:w="3673" w:type="dxa"/>
          </w:tcPr>
          <w:p w14:paraId="66E351A2" w14:textId="77777777" w:rsidR="00813C9E" w:rsidRPr="00F8220C" w:rsidRDefault="00813C9E" w:rsidP="00490334">
            <w:pPr>
              <w:pStyle w:val="TableParagraph"/>
              <w:spacing w:line="292" w:lineRule="auto"/>
              <w:ind w:right="62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Будь природе другом</w:t>
            </w:r>
          </w:p>
        </w:tc>
        <w:tc>
          <w:tcPr>
            <w:tcW w:w="732" w:type="dxa"/>
          </w:tcPr>
          <w:p w14:paraId="39BFA06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77A30A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5A8E28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6B069AB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76B8599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2F49A37" w14:textId="77777777" w:rsidTr="00490334">
        <w:trPr>
          <w:trHeight w:val="813"/>
        </w:trPr>
        <w:tc>
          <w:tcPr>
            <w:tcW w:w="504" w:type="dxa"/>
          </w:tcPr>
          <w:p w14:paraId="2A7008E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24.</w:t>
            </w:r>
          </w:p>
        </w:tc>
        <w:tc>
          <w:tcPr>
            <w:tcW w:w="3673" w:type="dxa"/>
          </w:tcPr>
          <w:p w14:paraId="271134F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Наши проекты «Красная книга» или «Возьмем под защиту»</w:t>
            </w:r>
          </w:p>
        </w:tc>
        <w:tc>
          <w:tcPr>
            <w:tcW w:w="732" w:type="dxa"/>
          </w:tcPr>
          <w:p w14:paraId="5A28EAE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EC8623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86D41C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2807E8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682CCB9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7E96F52" w14:textId="77777777" w:rsidTr="00490334">
        <w:trPr>
          <w:trHeight w:val="813"/>
        </w:trPr>
        <w:tc>
          <w:tcPr>
            <w:tcW w:w="504" w:type="dxa"/>
          </w:tcPr>
          <w:p w14:paraId="5CCD14F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25.</w:t>
            </w:r>
          </w:p>
        </w:tc>
        <w:tc>
          <w:tcPr>
            <w:tcW w:w="3673" w:type="dxa"/>
          </w:tcPr>
          <w:p w14:paraId="42AADBB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Проверим и оценим свои достижения</w:t>
            </w:r>
          </w:p>
        </w:tc>
        <w:tc>
          <w:tcPr>
            <w:tcW w:w="732" w:type="dxa"/>
          </w:tcPr>
          <w:p w14:paraId="2FBAEE7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15B2AE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118A2B20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CA5357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90174C4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Контрольная работа</w:t>
            </w:r>
          </w:p>
        </w:tc>
      </w:tr>
      <w:tr w:rsidR="00813C9E" w:rsidRPr="00F8220C" w14:paraId="0F5B45A6" w14:textId="77777777" w:rsidTr="00490334">
        <w:trPr>
          <w:trHeight w:val="813"/>
        </w:trPr>
        <w:tc>
          <w:tcPr>
            <w:tcW w:w="504" w:type="dxa"/>
          </w:tcPr>
          <w:p w14:paraId="5160A11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26.</w:t>
            </w:r>
          </w:p>
        </w:tc>
        <w:tc>
          <w:tcPr>
            <w:tcW w:w="3673" w:type="dxa"/>
          </w:tcPr>
          <w:p w14:paraId="0311A6F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Что такое экономика</w:t>
            </w:r>
          </w:p>
        </w:tc>
        <w:tc>
          <w:tcPr>
            <w:tcW w:w="732" w:type="dxa"/>
          </w:tcPr>
          <w:p w14:paraId="573FD60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702CB7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145A8C4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8685B0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67987CA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</w:tbl>
    <w:p w14:paraId="3B8BAF0C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4FF1A652" w14:textId="77777777" w:rsidTr="00490334">
        <w:trPr>
          <w:trHeight w:val="1485"/>
        </w:trPr>
        <w:tc>
          <w:tcPr>
            <w:tcW w:w="504" w:type="dxa"/>
          </w:tcPr>
          <w:p w14:paraId="78C72C9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27.</w:t>
            </w:r>
          </w:p>
        </w:tc>
        <w:tc>
          <w:tcPr>
            <w:tcW w:w="3673" w:type="dxa"/>
          </w:tcPr>
          <w:p w14:paraId="0C0740EE" w14:textId="77777777" w:rsidR="00813C9E" w:rsidRPr="00F8220C" w:rsidRDefault="00813C9E" w:rsidP="00490334">
            <w:pPr>
              <w:pStyle w:val="TableParagraph"/>
              <w:spacing w:line="292" w:lineRule="auto"/>
              <w:ind w:right="5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Из чего что сделано</w:t>
            </w:r>
          </w:p>
        </w:tc>
        <w:tc>
          <w:tcPr>
            <w:tcW w:w="732" w:type="dxa"/>
          </w:tcPr>
          <w:p w14:paraId="0D529F7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5BB4F4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DDD041F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2F4155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8E3A303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0ACEC27" w14:textId="77777777" w:rsidTr="00490334">
        <w:trPr>
          <w:trHeight w:val="1485"/>
        </w:trPr>
        <w:tc>
          <w:tcPr>
            <w:tcW w:w="504" w:type="dxa"/>
          </w:tcPr>
          <w:p w14:paraId="048677E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28.</w:t>
            </w:r>
          </w:p>
        </w:tc>
        <w:tc>
          <w:tcPr>
            <w:tcW w:w="3673" w:type="dxa"/>
          </w:tcPr>
          <w:p w14:paraId="35B3744C" w14:textId="77777777" w:rsidR="00813C9E" w:rsidRPr="00F8220C" w:rsidRDefault="00813C9E" w:rsidP="00490334">
            <w:pPr>
              <w:pStyle w:val="TableParagraph"/>
              <w:spacing w:line="292" w:lineRule="auto"/>
              <w:ind w:right="5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Как построить дом</w:t>
            </w:r>
          </w:p>
        </w:tc>
        <w:tc>
          <w:tcPr>
            <w:tcW w:w="732" w:type="dxa"/>
          </w:tcPr>
          <w:p w14:paraId="4081601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E508CC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3358523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741573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10BAFDF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02E8056" w14:textId="77777777" w:rsidTr="00490334">
        <w:trPr>
          <w:trHeight w:val="1485"/>
        </w:trPr>
        <w:tc>
          <w:tcPr>
            <w:tcW w:w="504" w:type="dxa"/>
          </w:tcPr>
          <w:p w14:paraId="34EC79B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29.</w:t>
            </w:r>
          </w:p>
        </w:tc>
        <w:tc>
          <w:tcPr>
            <w:tcW w:w="3673" w:type="dxa"/>
          </w:tcPr>
          <w:p w14:paraId="6F05804C" w14:textId="77777777" w:rsidR="00813C9E" w:rsidRPr="00F8220C" w:rsidRDefault="00813C9E" w:rsidP="00490334">
            <w:pPr>
              <w:pStyle w:val="TableParagraph"/>
              <w:spacing w:line="292" w:lineRule="auto"/>
              <w:ind w:right="5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Какой бывает транспорт</w:t>
            </w:r>
          </w:p>
        </w:tc>
        <w:tc>
          <w:tcPr>
            <w:tcW w:w="732" w:type="dxa"/>
          </w:tcPr>
          <w:p w14:paraId="4117CD4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92A3B5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43239D6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45E1B56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EF961EB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2A349BF5" w14:textId="77777777" w:rsidTr="00490334">
        <w:trPr>
          <w:trHeight w:val="813"/>
        </w:trPr>
        <w:tc>
          <w:tcPr>
            <w:tcW w:w="504" w:type="dxa"/>
          </w:tcPr>
          <w:p w14:paraId="52FE48C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30.</w:t>
            </w:r>
          </w:p>
        </w:tc>
        <w:tc>
          <w:tcPr>
            <w:tcW w:w="3673" w:type="dxa"/>
          </w:tcPr>
          <w:p w14:paraId="003A8C21" w14:textId="77777777" w:rsidR="00813C9E" w:rsidRPr="00F8220C" w:rsidRDefault="00813C9E" w:rsidP="00490334">
            <w:pPr>
              <w:pStyle w:val="TableParagraph"/>
              <w:spacing w:line="292" w:lineRule="auto"/>
              <w:ind w:right="83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Культура и образование</w:t>
            </w:r>
          </w:p>
        </w:tc>
        <w:tc>
          <w:tcPr>
            <w:tcW w:w="732" w:type="dxa"/>
          </w:tcPr>
          <w:p w14:paraId="611E8A4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BACB4A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B9AEBC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61549A1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5A87246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341E8084" w14:textId="77777777" w:rsidTr="00490334">
        <w:trPr>
          <w:trHeight w:val="813"/>
        </w:trPr>
        <w:tc>
          <w:tcPr>
            <w:tcW w:w="504" w:type="dxa"/>
          </w:tcPr>
          <w:p w14:paraId="3F4FC62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31.</w:t>
            </w:r>
          </w:p>
        </w:tc>
        <w:tc>
          <w:tcPr>
            <w:tcW w:w="3673" w:type="dxa"/>
          </w:tcPr>
          <w:p w14:paraId="72713F7F" w14:textId="77777777" w:rsidR="00813C9E" w:rsidRPr="00F8220C" w:rsidRDefault="00813C9E" w:rsidP="00490334">
            <w:pPr>
              <w:pStyle w:val="TableParagraph"/>
              <w:spacing w:line="292" w:lineRule="auto"/>
              <w:ind w:right="83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Все профессии важны</w:t>
            </w:r>
          </w:p>
        </w:tc>
        <w:tc>
          <w:tcPr>
            <w:tcW w:w="732" w:type="dxa"/>
          </w:tcPr>
          <w:p w14:paraId="7D9DE4F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D65E56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91F264B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B0CDEB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7C8F9A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5C17B22" w14:textId="77777777" w:rsidTr="00490334">
        <w:trPr>
          <w:trHeight w:val="813"/>
        </w:trPr>
        <w:tc>
          <w:tcPr>
            <w:tcW w:w="504" w:type="dxa"/>
          </w:tcPr>
          <w:p w14:paraId="113523A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32.</w:t>
            </w:r>
          </w:p>
        </w:tc>
        <w:tc>
          <w:tcPr>
            <w:tcW w:w="3673" w:type="dxa"/>
          </w:tcPr>
          <w:p w14:paraId="3EA6172F" w14:textId="77777777" w:rsidR="00813C9E" w:rsidRPr="00F8220C" w:rsidRDefault="00813C9E" w:rsidP="00490334">
            <w:pPr>
              <w:pStyle w:val="TableParagraph"/>
              <w:spacing w:line="292" w:lineRule="auto"/>
              <w:ind w:right="83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Наши проекты «Профессии»</w:t>
            </w:r>
          </w:p>
        </w:tc>
        <w:tc>
          <w:tcPr>
            <w:tcW w:w="732" w:type="dxa"/>
          </w:tcPr>
          <w:p w14:paraId="04D44B8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F6251A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9E29AA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6553DA9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CF608E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1AF94D1" w14:textId="77777777" w:rsidTr="00490334">
        <w:trPr>
          <w:trHeight w:val="813"/>
        </w:trPr>
        <w:tc>
          <w:tcPr>
            <w:tcW w:w="504" w:type="dxa"/>
          </w:tcPr>
          <w:p w14:paraId="4A9DBE0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33.</w:t>
            </w:r>
          </w:p>
        </w:tc>
        <w:tc>
          <w:tcPr>
            <w:tcW w:w="3673" w:type="dxa"/>
          </w:tcPr>
          <w:p w14:paraId="209054AF" w14:textId="77777777" w:rsidR="00813C9E" w:rsidRPr="00F8220C" w:rsidRDefault="00813C9E" w:rsidP="00490334">
            <w:pPr>
              <w:pStyle w:val="TableParagraph"/>
              <w:spacing w:line="292" w:lineRule="auto"/>
              <w:ind w:right="60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 гости к зиме</w:t>
            </w:r>
          </w:p>
        </w:tc>
        <w:tc>
          <w:tcPr>
            <w:tcW w:w="732" w:type="dxa"/>
          </w:tcPr>
          <w:p w14:paraId="5C0D894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E5747A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56383C4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5C2CA5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CD9917F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03D953DF" w14:textId="77777777" w:rsidTr="00490334">
        <w:trPr>
          <w:trHeight w:val="813"/>
        </w:trPr>
        <w:tc>
          <w:tcPr>
            <w:tcW w:w="504" w:type="dxa"/>
          </w:tcPr>
          <w:p w14:paraId="77ED147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34.</w:t>
            </w:r>
          </w:p>
        </w:tc>
        <w:tc>
          <w:tcPr>
            <w:tcW w:w="3673" w:type="dxa"/>
          </w:tcPr>
          <w:p w14:paraId="5D378494" w14:textId="77777777" w:rsidR="00813C9E" w:rsidRPr="00F8220C" w:rsidRDefault="00813C9E" w:rsidP="00490334">
            <w:pPr>
              <w:pStyle w:val="TableParagraph"/>
              <w:spacing w:line="292" w:lineRule="auto"/>
              <w:ind w:right="60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Проверим и оценим свои достижения</w:t>
            </w:r>
          </w:p>
        </w:tc>
        <w:tc>
          <w:tcPr>
            <w:tcW w:w="732" w:type="dxa"/>
          </w:tcPr>
          <w:p w14:paraId="35E6102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605D78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392ADE9E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CAB153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A589859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Контрольная работа</w:t>
            </w:r>
          </w:p>
        </w:tc>
      </w:tr>
      <w:tr w:rsidR="00813C9E" w:rsidRPr="00F8220C" w14:paraId="78E86EA5" w14:textId="77777777" w:rsidTr="00490334">
        <w:trPr>
          <w:trHeight w:val="813"/>
        </w:trPr>
        <w:tc>
          <w:tcPr>
            <w:tcW w:w="504" w:type="dxa"/>
          </w:tcPr>
          <w:p w14:paraId="437334B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35.</w:t>
            </w:r>
          </w:p>
        </w:tc>
        <w:tc>
          <w:tcPr>
            <w:tcW w:w="3673" w:type="dxa"/>
          </w:tcPr>
          <w:p w14:paraId="35B9BB0D" w14:textId="77777777" w:rsidR="00813C9E" w:rsidRPr="00F8220C" w:rsidRDefault="00813C9E" w:rsidP="00490334">
            <w:pPr>
              <w:pStyle w:val="TableParagraph"/>
              <w:spacing w:line="292" w:lineRule="auto"/>
              <w:ind w:right="60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Строение тема человека</w:t>
            </w:r>
          </w:p>
        </w:tc>
        <w:tc>
          <w:tcPr>
            <w:tcW w:w="732" w:type="dxa"/>
          </w:tcPr>
          <w:p w14:paraId="3149BD8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4F8119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BC8E21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4968AC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E561ECC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F428D05" w14:textId="77777777" w:rsidTr="00490334">
        <w:trPr>
          <w:trHeight w:val="813"/>
        </w:trPr>
        <w:tc>
          <w:tcPr>
            <w:tcW w:w="504" w:type="dxa"/>
          </w:tcPr>
          <w:p w14:paraId="07E9979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36.</w:t>
            </w:r>
          </w:p>
        </w:tc>
        <w:tc>
          <w:tcPr>
            <w:tcW w:w="3673" w:type="dxa"/>
          </w:tcPr>
          <w:p w14:paraId="2768779C" w14:textId="77777777" w:rsidR="00813C9E" w:rsidRPr="00F8220C" w:rsidRDefault="00813C9E" w:rsidP="00490334">
            <w:pPr>
              <w:pStyle w:val="TableParagraph"/>
              <w:spacing w:line="292" w:lineRule="auto"/>
              <w:ind w:right="44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Если хочешь быть здоров</w:t>
            </w:r>
          </w:p>
        </w:tc>
        <w:tc>
          <w:tcPr>
            <w:tcW w:w="732" w:type="dxa"/>
          </w:tcPr>
          <w:p w14:paraId="6DC15EA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E593BB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0545F2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FD3313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412C5F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52BC747" w14:textId="77777777" w:rsidTr="00490334">
        <w:trPr>
          <w:trHeight w:val="813"/>
        </w:trPr>
        <w:tc>
          <w:tcPr>
            <w:tcW w:w="504" w:type="dxa"/>
          </w:tcPr>
          <w:p w14:paraId="6728DA4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37.</w:t>
            </w:r>
          </w:p>
        </w:tc>
        <w:tc>
          <w:tcPr>
            <w:tcW w:w="3673" w:type="dxa"/>
          </w:tcPr>
          <w:p w14:paraId="254B7B97" w14:textId="77777777" w:rsidR="00813C9E" w:rsidRPr="00F8220C" w:rsidRDefault="00813C9E" w:rsidP="00490334">
            <w:pPr>
              <w:pStyle w:val="TableParagraph"/>
              <w:spacing w:line="292" w:lineRule="auto"/>
              <w:ind w:right="44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Берегись автомобиля</w:t>
            </w:r>
          </w:p>
        </w:tc>
        <w:tc>
          <w:tcPr>
            <w:tcW w:w="732" w:type="dxa"/>
          </w:tcPr>
          <w:p w14:paraId="5BD10B7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DB2F77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5CC01B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E69DA8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DF0AD0F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37D7A537" w14:textId="77777777" w:rsidTr="00490334">
        <w:trPr>
          <w:trHeight w:val="813"/>
        </w:trPr>
        <w:tc>
          <w:tcPr>
            <w:tcW w:w="504" w:type="dxa"/>
          </w:tcPr>
          <w:p w14:paraId="5B88DCC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38.</w:t>
            </w:r>
          </w:p>
        </w:tc>
        <w:tc>
          <w:tcPr>
            <w:tcW w:w="3673" w:type="dxa"/>
          </w:tcPr>
          <w:p w14:paraId="2C8AFDBC" w14:textId="77777777" w:rsidR="00813C9E" w:rsidRPr="00F8220C" w:rsidRDefault="00813C9E" w:rsidP="00490334">
            <w:pPr>
              <w:pStyle w:val="TableParagraph"/>
              <w:spacing w:line="292" w:lineRule="auto"/>
              <w:ind w:right="44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Домашние опасности</w:t>
            </w:r>
          </w:p>
        </w:tc>
        <w:tc>
          <w:tcPr>
            <w:tcW w:w="732" w:type="dxa"/>
          </w:tcPr>
          <w:p w14:paraId="6B34F2A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94DFD4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FFB974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1E7D8B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6709381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DA19AC6" w14:textId="77777777" w:rsidTr="00490334">
        <w:trPr>
          <w:trHeight w:val="813"/>
        </w:trPr>
        <w:tc>
          <w:tcPr>
            <w:tcW w:w="504" w:type="dxa"/>
          </w:tcPr>
          <w:p w14:paraId="66E9F14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39.</w:t>
            </w:r>
          </w:p>
        </w:tc>
        <w:tc>
          <w:tcPr>
            <w:tcW w:w="3673" w:type="dxa"/>
          </w:tcPr>
          <w:p w14:paraId="37DA9A9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Пожар</w:t>
            </w:r>
          </w:p>
        </w:tc>
        <w:tc>
          <w:tcPr>
            <w:tcW w:w="732" w:type="dxa"/>
          </w:tcPr>
          <w:p w14:paraId="5868A21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11F180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0E9D64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5CE46CD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57ED441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491AE50" w14:textId="77777777" w:rsidTr="00490334">
        <w:trPr>
          <w:trHeight w:val="813"/>
        </w:trPr>
        <w:tc>
          <w:tcPr>
            <w:tcW w:w="504" w:type="dxa"/>
          </w:tcPr>
          <w:p w14:paraId="3BBBA3F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40.</w:t>
            </w:r>
          </w:p>
        </w:tc>
        <w:tc>
          <w:tcPr>
            <w:tcW w:w="3673" w:type="dxa"/>
          </w:tcPr>
          <w:p w14:paraId="288E860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На воде и в лесу</w:t>
            </w:r>
          </w:p>
        </w:tc>
        <w:tc>
          <w:tcPr>
            <w:tcW w:w="732" w:type="dxa"/>
          </w:tcPr>
          <w:p w14:paraId="7EB7F2E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1EEBBF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EAE0583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5166C8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84D325B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96E6936" w14:textId="77777777" w:rsidTr="00490334">
        <w:trPr>
          <w:trHeight w:val="813"/>
        </w:trPr>
        <w:tc>
          <w:tcPr>
            <w:tcW w:w="504" w:type="dxa"/>
          </w:tcPr>
          <w:p w14:paraId="13D92A6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41.</w:t>
            </w:r>
          </w:p>
        </w:tc>
        <w:tc>
          <w:tcPr>
            <w:tcW w:w="3673" w:type="dxa"/>
          </w:tcPr>
          <w:p w14:paraId="0D3D58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Опасные насекомые</w:t>
            </w:r>
          </w:p>
        </w:tc>
        <w:tc>
          <w:tcPr>
            <w:tcW w:w="732" w:type="dxa"/>
          </w:tcPr>
          <w:p w14:paraId="0581120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439DCDE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7F08FE1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2CC5B5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4D9FA90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</w:tbl>
    <w:p w14:paraId="4BC739F9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2A2D6862" w14:textId="77777777" w:rsidTr="00490334">
        <w:trPr>
          <w:trHeight w:val="2157"/>
        </w:trPr>
        <w:tc>
          <w:tcPr>
            <w:tcW w:w="504" w:type="dxa"/>
          </w:tcPr>
          <w:p w14:paraId="3507DAE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42.</w:t>
            </w:r>
          </w:p>
        </w:tc>
        <w:tc>
          <w:tcPr>
            <w:tcW w:w="3673" w:type="dxa"/>
          </w:tcPr>
          <w:p w14:paraId="09649FEA" w14:textId="77777777" w:rsidR="00813C9E" w:rsidRPr="00F8220C" w:rsidRDefault="00813C9E" w:rsidP="00490334">
            <w:pPr>
              <w:pStyle w:val="TableParagraph"/>
              <w:spacing w:line="292" w:lineRule="auto"/>
              <w:ind w:right="53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Проверим и оценим свои достижения</w:t>
            </w:r>
          </w:p>
        </w:tc>
        <w:tc>
          <w:tcPr>
            <w:tcW w:w="732" w:type="dxa"/>
          </w:tcPr>
          <w:p w14:paraId="745793F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ED57C1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3F078D0D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FBAF2C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1FFB77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Контрольная работа</w:t>
            </w:r>
          </w:p>
        </w:tc>
      </w:tr>
      <w:tr w:rsidR="00813C9E" w:rsidRPr="00F8220C" w14:paraId="3B609EC3" w14:textId="77777777" w:rsidTr="00490334">
        <w:trPr>
          <w:trHeight w:val="2157"/>
        </w:trPr>
        <w:tc>
          <w:tcPr>
            <w:tcW w:w="504" w:type="dxa"/>
          </w:tcPr>
          <w:p w14:paraId="2B0A348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43.</w:t>
            </w:r>
          </w:p>
        </w:tc>
        <w:tc>
          <w:tcPr>
            <w:tcW w:w="3673" w:type="dxa"/>
          </w:tcPr>
          <w:p w14:paraId="418D9FA5" w14:textId="77777777" w:rsidR="00813C9E" w:rsidRPr="00F8220C" w:rsidRDefault="00813C9E" w:rsidP="00490334">
            <w:pPr>
              <w:pStyle w:val="TableParagraph"/>
              <w:spacing w:line="292" w:lineRule="auto"/>
              <w:ind w:right="53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Наша дружная семья. Проект «Родословная»</w:t>
            </w:r>
          </w:p>
        </w:tc>
        <w:tc>
          <w:tcPr>
            <w:tcW w:w="732" w:type="dxa"/>
          </w:tcPr>
          <w:p w14:paraId="713241C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0132C8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AA086AB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B5B347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4F8E471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28440C3" w14:textId="77777777" w:rsidTr="00490334">
        <w:trPr>
          <w:trHeight w:val="2157"/>
        </w:trPr>
        <w:tc>
          <w:tcPr>
            <w:tcW w:w="504" w:type="dxa"/>
          </w:tcPr>
          <w:p w14:paraId="04B7854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44.</w:t>
            </w:r>
          </w:p>
        </w:tc>
        <w:tc>
          <w:tcPr>
            <w:tcW w:w="3673" w:type="dxa"/>
          </w:tcPr>
          <w:p w14:paraId="0F806729" w14:textId="77777777" w:rsidR="00813C9E" w:rsidRPr="00F8220C" w:rsidRDefault="00813C9E" w:rsidP="00490334">
            <w:pPr>
              <w:pStyle w:val="TableParagraph"/>
              <w:spacing w:line="292" w:lineRule="auto"/>
              <w:ind w:right="537" w:firstLine="6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 школе</w:t>
            </w:r>
          </w:p>
        </w:tc>
        <w:tc>
          <w:tcPr>
            <w:tcW w:w="732" w:type="dxa"/>
          </w:tcPr>
          <w:p w14:paraId="4C02411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D89291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1F92CBE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F365E6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3CF4B30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AF4A194" w14:textId="77777777" w:rsidTr="00490334">
        <w:trPr>
          <w:trHeight w:val="813"/>
        </w:trPr>
        <w:tc>
          <w:tcPr>
            <w:tcW w:w="504" w:type="dxa"/>
          </w:tcPr>
          <w:p w14:paraId="36B547E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45.</w:t>
            </w:r>
          </w:p>
        </w:tc>
        <w:tc>
          <w:tcPr>
            <w:tcW w:w="3673" w:type="dxa"/>
          </w:tcPr>
          <w:p w14:paraId="6393C18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Правила вежливости</w:t>
            </w:r>
          </w:p>
        </w:tc>
        <w:tc>
          <w:tcPr>
            <w:tcW w:w="732" w:type="dxa"/>
          </w:tcPr>
          <w:p w14:paraId="36735D3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2CCABC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0E7AB9F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164" w:type="dxa"/>
          </w:tcPr>
          <w:p w14:paraId="52AFA591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76F7BF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Практическая работа</w:t>
            </w:r>
          </w:p>
        </w:tc>
      </w:tr>
      <w:tr w:rsidR="00813C9E" w:rsidRPr="00F8220C" w14:paraId="7225F6D1" w14:textId="77777777" w:rsidTr="00490334">
        <w:trPr>
          <w:trHeight w:val="1485"/>
        </w:trPr>
        <w:tc>
          <w:tcPr>
            <w:tcW w:w="504" w:type="dxa"/>
          </w:tcPr>
          <w:p w14:paraId="25E7909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46.</w:t>
            </w:r>
          </w:p>
        </w:tc>
        <w:tc>
          <w:tcPr>
            <w:tcW w:w="3673" w:type="dxa"/>
          </w:tcPr>
          <w:p w14:paraId="3FA2EB4A" w14:textId="77777777" w:rsidR="00813C9E" w:rsidRPr="00F8220C" w:rsidRDefault="00813C9E" w:rsidP="00490334">
            <w:pPr>
              <w:pStyle w:val="TableParagraph"/>
              <w:spacing w:before="0" w:line="292" w:lineRule="auto"/>
              <w:ind w:right="87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Ты и твои друзья</w:t>
            </w:r>
          </w:p>
        </w:tc>
        <w:tc>
          <w:tcPr>
            <w:tcW w:w="732" w:type="dxa"/>
          </w:tcPr>
          <w:p w14:paraId="6829481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2BF0B1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6188948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6575D8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0AC041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CF3F6A4" w14:textId="77777777" w:rsidTr="00490334">
        <w:trPr>
          <w:trHeight w:val="1485"/>
        </w:trPr>
        <w:tc>
          <w:tcPr>
            <w:tcW w:w="504" w:type="dxa"/>
          </w:tcPr>
          <w:p w14:paraId="357A918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47.</w:t>
            </w:r>
          </w:p>
        </w:tc>
        <w:tc>
          <w:tcPr>
            <w:tcW w:w="3673" w:type="dxa"/>
          </w:tcPr>
          <w:p w14:paraId="3A2EE880" w14:textId="77777777" w:rsidR="00813C9E" w:rsidRPr="00F8220C" w:rsidRDefault="00813C9E" w:rsidP="00490334">
            <w:pPr>
              <w:pStyle w:val="TableParagraph"/>
              <w:spacing w:before="0" w:line="292" w:lineRule="auto"/>
              <w:ind w:right="876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Мы – зрители и пассажиры</w:t>
            </w:r>
          </w:p>
        </w:tc>
        <w:tc>
          <w:tcPr>
            <w:tcW w:w="732" w:type="dxa"/>
          </w:tcPr>
          <w:p w14:paraId="349A504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F060B6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5F0724B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45D751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0620F5C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70D9B88" w14:textId="77777777" w:rsidTr="00490334">
        <w:trPr>
          <w:trHeight w:val="1485"/>
        </w:trPr>
        <w:tc>
          <w:tcPr>
            <w:tcW w:w="504" w:type="dxa"/>
          </w:tcPr>
          <w:p w14:paraId="4649D09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48.</w:t>
            </w:r>
          </w:p>
        </w:tc>
        <w:tc>
          <w:tcPr>
            <w:tcW w:w="3673" w:type="dxa"/>
          </w:tcPr>
          <w:p w14:paraId="18D3FF02" w14:textId="77777777" w:rsidR="00813C9E" w:rsidRPr="00F8220C" w:rsidRDefault="00813C9E" w:rsidP="00490334">
            <w:pPr>
              <w:pStyle w:val="TableParagraph"/>
              <w:spacing w:line="292" w:lineRule="auto"/>
              <w:ind w:right="26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Проверим и оценим свои достижения</w:t>
            </w:r>
          </w:p>
        </w:tc>
        <w:tc>
          <w:tcPr>
            <w:tcW w:w="732" w:type="dxa"/>
          </w:tcPr>
          <w:p w14:paraId="17EAB48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221BD5B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20E1A173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AFB6A7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A2FCE63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Контрольная работа</w:t>
            </w:r>
          </w:p>
        </w:tc>
      </w:tr>
      <w:tr w:rsidR="00813C9E" w:rsidRPr="00F8220C" w14:paraId="654AEFA9" w14:textId="77777777" w:rsidTr="00490334">
        <w:trPr>
          <w:trHeight w:val="2157"/>
        </w:trPr>
        <w:tc>
          <w:tcPr>
            <w:tcW w:w="504" w:type="dxa"/>
          </w:tcPr>
          <w:p w14:paraId="70149C0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49.</w:t>
            </w:r>
          </w:p>
        </w:tc>
        <w:tc>
          <w:tcPr>
            <w:tcW w:w="3673" w:type="dxa"/>
          </w:tcPr>
          <w:p w14:paraId="61B1A5E8" w14:textId="77777777" w:rsidR="00813C9E" w:rsidRPr="00F8220C" w:rsidRDefault="00813C9E" w:rsidP="00490334">
            <w:pPr>
              <w:pStyle w:val="TableParagraph"/>
              <w:spacing w:line="292" w:lineRule="auto"/>
              <w:ind w:right="381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Посмотри вокруг</w:t>
            </w:r>
          </w:p>
        </w:tc>
        <w:tc>
          <w:tcPr>
            <w:tcW w:w="732" w:type="dxa"/>
          </w:tcPr>
          <w:p w14:paraId="7736A37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62B46C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54651A0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35B6361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2A464828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</w:tbl>
    <w:p w14:paraId="06D90B07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61D3CD0B" w14:textId="77777777" w:rsidTr="00490334">
        <w:trPr>
          <w:trHeight w:val="2157"/>
        </w:trPr>
        <w:tc>
          <w:tcPr>
            <w:tcW w:w="504" w:type="dxa"/>
          </w:tcPr>
          <w:p w14:paraId="4F88BCD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50.</w:t>
            </w:r>
          </w:p>
        </w:tc>
        <w:tc>
          <w:tcPr>
            <w:tcW w:w="3673" w:type="dxa"/>
          </w:tcPr>
          <w:p w14:paraId="4BC1983D" w14:textId="77777777" w:rsidR="00813C9E" w:rsidRPr="00F8220C" w:rsidRDefault="00813C9E" w:rsidP="00490334">
            <w:pPr>
              <w:pStyle w:val="TableParagraph"/>
              <w:spacing w:line="292" w:lineRule="auto"/>
              <w:ind w:right="381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Ориентирование на местности</w:t>
            </w:r>
          </w:p>
        </w:tc>
        <w:tc>
          <w:tcPr>
            <w:tcW w:w="732" w:type="dxa"/>
          </w:tcPr>
          <w:p w14:paraId="5CFA39F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68EC8D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2EBADF15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20CE45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3A0FB41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0DEF7197" w14:textId="77777777" w:rsidTr="00490334">
        <w:trPr>
          <w:trHeight w:val="1485"/>
        </w:trPr>
        <w:tc>
          <w:tcPr>
            <w:tcW w:w="504" w:type="dxa"/>
          </w:tcPr>
          <w:p w14:paraId="156E166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51.</w:t>
            </w:r>
          </w:p>
        </w:tc>
        <w:tc>
          <w:tcPr>
            <w:tcW w:w="3673" w:type="dxa"/>
          </w:tcPr>
          <w:p w14:paraId="3B5F6855" w14:textId="77777777" w:rsidR="00813C9E" w:rsidRPr="00F8220C" w:rsidRDefault="00813C9E" w:rsidP="00490334">
            <w:pPr>
              <w:pStyle w:val="TableParagraph"/>
              <w:spacing w:line="292" w:lineRule="auto"/>
              <w:ind w:right="78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Формы земной поверхности</w:t>
            </w:r>
          </w:p>
        </w:tc>
        <w:tc>
          <w:tcPr>
            <w:tcW w:w="732" w:type="dxa"/>
          </w:tcPr>
          <w:p w14:paraId="56324DB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2DC07D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2E26DE2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425B72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5F0B227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26F6AB3D" w14:textId="77777777" w:rsidTr="00490334">
        <w:trPr>
          <w:trHeight w:val="1485"/>
        </w:trPr>
        <w:tc>
          <w:tcPr>
            <w:tcW w:w="504" w:type="dxa"/>
          </w:tcPr>
          <w:p w14:paraId="35E5652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52.</w:t>
            </w:r>
          </w:p>
        </w:tc>
        <w:tc>
          <w:tcPr>
            <w:tcW w:w="3673" w:type="dxa"/>
          </w:tcPr>
          <w:p w14:paraId="3C6664F5" w14:textId="77777777" w:rsidR="00813C9E" w:rsidRPr="00F8220C" w:rsidRDefault="00813C9E" w:rsidP="00490334">
            <w:pPr>
              <w:pStyle w:val="TableParagraph"/>
              <w:spacing w:line="292" w:lineRule="auto"/>
              <w:ind w:right="78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Водные богатства</w:t>
            </w:r>
          </w:p>
        </w:tc>
        <w:tc>
          <w:tcPr>
            <w:tcW w:w="732" w:type="dxa"/>
          </w:tcPr>
          <w:p w14:paraId="3F3BD20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4F5849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9ECDFEA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F56D11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209FA12B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6FB0D400" w14:textId="77777777" w:rsidTr="00490334">
        <w:trPr>
          <w:trHeight w:val="2157"/>
        </w:trPr>
        <w:tc>
          <w:tcPr>
            <w:tcW w:w="504" w:type="dxa"/>
          </w:tcPr>
          <w:p w14:paraId="60141AF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53.</w:t>
            </w:r>
          </w:p>
        </w:tc>
        <w:tc>
          <w:tcPr>
            <w:tcW w:w="3673" w:type="dxa"/>
          </w:tcPr>
          <w:p w14:paraId="7E5BBE29" w14:textId="77777777" w:rsidR="00813C9E" w:rsidRPr="00F8220C" w:rsidRDefault="00813C9E" w:rsidP="00490334">
            <w:pPr>
              <w:pStyle w:val="TableParagraph"/>
              <w:spacing w:line="292" w:lineRule="auto"/>
              <w:ind w:right="211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В гости к весне</w:t>
            </w:r>
          </w:p>
        </w:tc>
        <w:tc>
          <w:tcPr>
            <w:tcW w:w="732" w:type="dxa"/>
          </w:tcPr>
          <w:p w14:paraId="209B26D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B2D574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57A047B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50A937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1C7F93A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C00BAE9" w14:textId="77777777" w:rsidTr="00490334">
        <w:trPr>
          <w:trHeight w:val="2157"/>
        </w:trPr>
        <w:tc>
          <w:tcPr>
            <w:tcW w:w="504" w:type="dxa"/>
          </w:tcPr>
          <w:p w14:paraId="6DC1EB1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54.</w:t>
            </w:r>
          </w:p>
        </w:tc>
        <w:tc>
          <w:tcPr>
            <w:tcW w:w="3673" w:type="dxa"/>
          </w:tcPr>
          <w:p w14:paraId="436532F7" w14:textId="77777777" w:rsidR="00813C9E" w:rsidRPr="00F8220C" w:rsidRDefault="00813C9E" w:rsidP="00490334">
            <w:pPr>
              <w:pStyle w:val="TableParagraph"/>
              <w:spacing w:line="292" w:lineRule="auto"/>
              <w:ind w:right="211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Россия на карте</w:t>
            </w:r>
          </w:p>
        </w:tc>
        <w:tc>
          <w:tcPr>
            <w:tcW w:w="732" w:type="dxa"/>
          </w:tcPr>
          <w:p w14:paraId="1C61049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0F942E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0587BCE2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4365E95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7B5942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191C3E82" w14:textId="77777777" w:rsidTr="00490334">
        <w:trPr>
          <w:trHeight w:val="1485"/>
        </w:trPr>
        <w:tc>
          <w:tcPr>
            <w:tcW w:w="504" w:type="dxa"/>
          </w:tcPr>
          <w:p w14:paraId="530F5F5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55.</w:t>
            </w:r>
          </w:p>
        </w:tc>
        <w:tc>
          <w:tcPr>
            <w:tcW w:w="3673" w:type="dxa"/>
          </w:tcPr>
          <w:p w14:paraId="0FC8D576" w14:textId="77777777" w:rsidR="00813C9E" w:rsidRPr="00F8220C" w:rsidRDefault="00813C9E" w:rsidP="00490334">
            <w:pPr>
              <w:pStyle w:val="TableParagraph"/>
              <w:spacing w:line="292" w:lineRule="auto"/>
              <w:ind w:right="16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Россия на карте  </w:t>
            </w:r>
          </w:p>
        </w:tc>
        <w:tc>
          <w:tcPr>
            <w:tcW w:w="732" w:type="dxa"/>
          </w:tcPr>
          <w:p w14:paraId="26B1CF5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E6BC3F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7491379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97CECC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3893CC95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6F13253" w14:textId="77777777" w:rsidTr="00490334">
        <w:trPr>
          <w:trHeight w:val="1485"/>
        </w:trPr>
        <w:tc>
          <w:tcPr>
            <w:tcW w:w="504" w:type="dxa"/>
          </w:tcPr>
          <w:p w14:paraId="6B96B48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56.</w:t>
            </w:r>
          </w:p>
        </w:tc>
        <w:tc>
          <w:tcPr>
            <w:tcW w:w="3673" w:type="dxa"/>
          </w:tcPr>
          <w:p w14:paraId="0F996F53" w14:textId="77777777" w:rsidR="00813C9E" w:rsidRPr="00F8220C" w:rsidRDefault="00813C9E" w:rsidP="00490334">
            <w:pPr>
              <w:pStyle w:val="TableParagraph"/>
              <w:spacing w:line="292" w:lineRule="auto"/>
              <w:ind w:right="16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Наши проекты «Города России» </w:t>
            </w:r>
          </w:p>
        </w:tc>
        <w:tc>
          <w:tcPr>
            <w:tcW w:w="732" w:type="dxa"/>
          </w:tcPr>
          <w:p w14:paraId="0C507E6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70EC2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C5092E9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A20E9D6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BB76D83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E535AAC" w14:textId="77777777" w:rsidTr="00490334">
        <w:trPr>
          <w:trHeight w:val="1485"/>
        </w:trPr>
        <w:tc>
          <w:tcPr>
            <w:tcW w:w="504" w:type="dxa"/>
          </w:tcPr>
          <w:p w14:paraId="2E247E2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57.</w:t>
            </w:r>
          </w:p>
        </w:tc>
        <w:tc>
          <w:tcPr>
            <w:tcW w:w="3673" w:type="dxa"/>
          </w:tcPr>
          <w:p w14:paraId="4909975B" w14:textId="77777777" w:rsidR="00813C9E" w:rsidRPr="00F8220C" w:rsidRDefault="00813C9E" w:rsidP="00490334">
            <w:pPr>
              <w:pStyle w:val="TableParagraph"/>
              <w:spacing w:line="292" w:lineRule="auto"/>
              <w:ind w:right="16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Путешествие по Москве </w:t>
            </w:r>
          </w:p>
        </w:tc>
        <w:tc>
          <w:tcPr>
            <w:tcW w:w="732" w:type="dxa"/>
          </w:tcPr>
          <w:p w14:paraId="1000667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A668B2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AF49D40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5416A8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99FB0ED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</w:tbl>
    <w:p w14:paraId="3ECA6BE0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3673"/>
        <w:gridCol w:w="732"/>
        <w:gridCol w:w="1620"/>
        <w:gridCol w:w="1668"/>
        <w:gridCol w:w="1164"/>
        <w:gridCol w:w="1188"/>
      </w:tblGrid>
      <w:tr w:rsidR="00813C9E" w:rsidRPr="00F8220C" w14:paraId="57C508DD" w14:textId="77777777" w:rsidTr="00490334">
        <w:trPr>
          <w:trHeight w:val="1119"/>
        </w:trPr>
        <w:tc>
          <w:tcPr>
            <w:tcW w:w="504" w:type="dxa"/>
          </w:tcPr>
          <w:p w14:paraId="76993FB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lastRenderedPageBreak/>
              <w:t>58.</w:t>
            </w:r>
          </w:p>
        </w:tc>
        <w:tc>
          <w:tcPr>
            <w:tcW w:w="3673" w:type="dxa"/>
          </w:tcPr>
          <w:p w14:paraId="702E83C1" w14:textId="77777777" w:rsidR="00813C9E" w:rsidRPr="00F8220C" w:rsidRDefault="00813C9E" w:rsidP="00490334">
            <w:pPr>
              <w:pStyle w:val="TableParagraph"/>
              <w:spacing w:line="292" w:lineRule="auto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Московский кремль </w:t>
            </w:r>
          </w:p>
        </w:tc>
        <w:tc>
          <w:tcPr>
            <w:tcW w:w="732" w:type="dxa"/>
          </w:tcPr>
          <w:p w14:paraId="4381848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5AC58A1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674FF297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011A815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0DFE0EE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56D81145" w14:textId="77777777" w:rsidTr="00490334">
        <w:trPr>
          <w:trHeight w:val="1400"/>
        </w:trPr>
        <w:tc>
          <w:tcPr>
            <w:tcW w:w="504" w:type="dxa"/>
          </w:tcPr>
          <w:p w14:paraId="3CF1FC26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59.</w:t>
            </w:r>
          </w:p>
        </w:tc>
        <w:tc>
          <w:tcPr>
            <w:tcW w:w="3673" w:type="dxa"/>
          </w:tcPr>
          <w:p w14:paraId="2A630CEE" w14:textId="77777777" w:rsidR="00813C9E" w:rsidRPr="00F8220C" w:rsidRDefault="00813C9E" w:rsidP="00490334">
            <w:pPr>
              <w:pStyle w:val="TableParagraph"/>
              <w:spacing w:line="292" w:lineRule="auto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Город на Неве </w:t>
            </w:r>
          </w:p>
        </w:tc>
        <w:tc>
          <w:tcPr>
            <w:tcW w:w="732" w:type="dxa"/>
          </w:tcPr>
          <w:p w14:paraId="34F3D91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09DCC81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5F3CCD3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505B1A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67CA523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25B70BE8" w14:textId="77777777" w:rsidTr="00490334">
        <w:trPr>
          <w:trHeight w:val="1072"/>
        </w:trPr>
        <w:tc>
          <w:tcPr>
            <w:tcW w:w="504" w:type="dxa"/>
          </w:tcPr>
          <w:p w14:paraId="3A1B70F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60.</w:t>
            </w:r>
          </w:p>
        </w:tc>
        <w:tc>
          <w:tcPr>
            <w:tcW w:w="3673" w:type="dxa"/>
          </w:tcPr>
          <w:p w14:paraId="49C87E1B" w14:textId="77777777" w:rsidR="00813C9E" w:rsidRPr="00F8220C" w:rsidRDefault="00813C9E" w:rsidP="00490334">
            <w:pPr>
              <w:pStyle w:val="TableParagraph"/>
              <w:spacing w:line="292" w:lineRule="auto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Путешествие по планете </w:t>
            </w:r>
          </w:p>
        </w:tc>
        <w:tc>
          <w:tcPr>
            <w:tcW w:w="732" w:type="dxa"/>
          </w:tcPr>
          <w:p w14:paraId="2B9AA04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6602E4A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180A00D5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2CEA70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CEA5B22" w14:textId="77777777" w:rsidR="00813C9E" w:rsidRPr="00F8220C" w:rsidRDefault="00813C9E" w:rsidP="00490334">
            <w:pPr>
              <w:pStyle w:val="TableParagraph"/>
              <w:spacing w:line="292" w:lineRule="auto"/>
              <w:ind w:left="78" w:right="275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D4D6055" w14:textId="77777777" w:rsidTr="00490334">
        <w:trPr>
          <w:trHeight w:val="984"/>
        </w:trPr>
        <w:tc>
          <w:tcPr>
            <w:tcW w:w="504" w:type="dxa"/>
          </w:tcPr>
          <w:p w14:paraId="7A5093FA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61.</w:t>
            </w:r>
          </w:p>
        </w:tc>
        <w:tc>
          <w:tcPr>
            <w:tcW w:w="3673" w:type="dxa"/>
          </w:tcPr>
          <w:p w14:paraId="0049CFB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Путешествие по материкам </w:t>
            </w:r>
          </w:p>
        </w:tc>
        <w:tc>
          <w:tcPr>
            <w:tcW w:w="732" w:type="dxa"/>
          </w:tcPr>
          <w:p w14:paraId="2AB2568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6AF4C7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5E15796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78DE334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7F62686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458E3C5" w14:textId="77777777" w:rsidTr="00490334">
        <w:trPr>
          <w:trHeight w:val="1134"/>
        </w:trPr>
        <w:tc>
          <w:tcPr>
            <w:tcW w:w="504" w:type="dxa"/>
          </w:tcPr>
          <w:p w14:paraId="1C75A06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62.</w:t>
            </w:r>
          </w:p>
        </w:tc>
        <w:tc>
          <w:tcPr>
            <w:tcW w:w="3673" w:type="dxa"/>
          </w:tcPr>
          <w:p w14:paraId="67967AA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 Путешествие по материкам</w:t>
            </w:r>
          </w:p>
        </w:tc>
        <w:tc>
          <w:tcPr>
            <w:tcW w:w="732" w:type="dxa"/>
          </w:tcPr>
          <w:p w14:paraId="12ED766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3AE4E7D3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A9E544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271424B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4AD0B91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Зачет</w:t>
            </w:r>
          </w:p>
        </w:tc>
      </w:tr>
      <w:tr w:rsidR="00813C9E" w:rsidRPr="00F8220C" w14:paraId="587CEAC8" w14:textId="77777777" w:rsidTr="00490334">
        <w:trPr>
          <w:trHeight w:val="928"/>
        </w:trPr>
        <w:tc>
          <w:tcPr>
            <w:tcW w:w="504" w:type="dxa"/>
          </w:tcPr>
          <w:p w14:paraId="2126DC8D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63.</w:t>
            </w:r>
          </w:p>
        </w:tc>
        <w:tc>
          <w:tcPr>
            <w:tcW w:w="3673" w:type="dxa"/>
          </w:tcPr>
          <w:p w14:paraId="6AE7DAD9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Страны мира  </w:t>
            </w:r>
          </w:p>
        </w:tc>
        <w:tc>
          <w:tcPr>
            <w:tcW w:w="732" w:type="dxa"/>
          </w:tcPr>
          <w:p w14:paraId="5BC3979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99A5C54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31D50DBC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57CABA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2AD2150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07DD8399" w14:textId="77777777" w:rsidTr="00490334">
        <w:trPr>
          <w:trHeight w:val="923"/>
        </w:trPr>
        <w:tc>
          <w:tcPr>
            <w:tcW w:w="504" w:type="dxa"/>
          </w:tcPr>
          <w:p w14:paraId="4B47DA90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64.</w:t>
            </w:r>
          </w:p>
        </w:tc>
        <w:tc>
          <w:tcPr>
            <w:tcW w:w="3673" w:type="dxa"/>
          </w:tcPr>
          <w:p w14:paraId="1E98B356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Страны мира</w:t>
            </w:r>
          </w:p>
        </w:tc>
        <w:tc>
          <w:tcPr>
            <w:tcW w:w="732" w:type="dxa"/>
          </w:tcPr>
          <w:p w14:paraId="6324A8B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069FA82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4CBC0845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64961E0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6E09C52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Зачет</w:t>
            </w:r>
          </w:p>
        </w:tc>
      </w:tr>
      <w:tr w:rsidR="00813C9E" w:rsidRPr="00F8220C" w14:paraId="5C945518" w14:textId="77777777" w:rsidTr="00490334">
        <w:trPr>
          <w:trHeight w:val="1001"/>
        </w:trPr>
        <w:tc>
          <w:tcPr>
            <w:tcW w:w="504" w:type="dxa"/>
          </w:tcPr>
          <w:p w14:paraId="580E45F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65.</w:t>
            </w:r>
          </w:p>
        </w:tc>
        <w:tc>
          <w:tcPr>
            <w:tcW w:w="3673" w:type="dxa"/>
          </w:tcPr>
          <w:p w14:paraId="36A01111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  <w:highlight w:val="yellow"/>
              </w:rPr>
            </w:pPr>
            <w:r w:rsidRPr="00F8220C">
              <w:rPr>
                <w:sz w:val="24"/>
                <w:szCs w:val="24"/>
              </w:rPr>
              <w:t>Наши проекты «Страны мира»</w:t>
            </w:r>
          </w:p>
        </w:tc>
        <w:tc>
          <w:tcPr>
            <w:tcW w:w="732" w:type="dxa"/>
          </w:tcPr>
          <w:p w14:paraId="35BB9351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80F519B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EBA969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72F7B90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53A42E6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73953CF4" w14:textId="77777777" w:rsidTr="00490334">
        <w:trPr>
          <w:trHeight w:val="995"/>
        </w:trPr>
        <w:tc>
          <w:tcPr>
            <w:tcW w:w="504" w:type="dxa"/>
          </w:tcPr>
          <w:p w14:paraId="41915E59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66.</w:t>
            </w:r>
          </w:p>
        </w:tc>
        <w:tc>
          <w:tcPr>
            <w:tcW w:w="3673" w:type="dxa"/>
          </w:tcPr>
          <w:p w14:paraId="00DD5401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  <w:highlight w:val="yellow"/>
              </w:rPr>
            </w:pPr>
            <w:r w:rsidRPr="00F8220C">
              <w:rPr>
                <w:sz w:val="24"/>
                <w:szCs w:val="24"/>
              </w:rPr>
              <w:t xml:space="preserve">Впереди лето  </w:t>
            </w:r>
          </w:p>
        </w:tc>
        <w:tc>
          <w:tcPr>
            <w:tcW w:w="732" w:type="dxa"/>
          </w:tcPr>
          <w:p w14:paraId="45EC4B6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515B29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7C71400A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1FB2C322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27F4C0CD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Устный</w:t>
            </w:r>
            <w:r w:rsidRPr="00F8220C">
              <w:rPr>
                <w:spacing w:val="-58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опрос;</w:t>
            </w:r>
          </w:p>
        </w:tc>
      </w:tr>
      <w:tr w:rsidR="00813C9E" w:rsidRPr="00F8220C" w14:paraId="45DFF483" w14:textId="77777777" w:rsidTr="00490334">
        <w:trPr>
          <w:trHeight w:val="1002"/>
        </w:trPr>
        <w:tc>
          <w:tcPr>
            <w:tcW w:w="504" w:type="dxa"/>
          </w:tcPr>
          <w:p w14:paraId="3F505D98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67.</w:t>
            </w:r>
          </w:p>
        </w:tc>
        <w:tc>
          <w:tcPr>
            <w:tcW w:w="3673" w:type="dxa"/>
          </w:tcPr>
          <w:p w14:paraId="09235AED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  <w:highlight w:val="yellow"/>
              </w:rPr>
            </w:pPr>
            <w:r w:rsidRPr="00F8220C">
              <w:rPr>
                <w:sz w:val="24"/>
                <w:szCs w:val="24"/>
              </w:rPr>
              <w:t>Проверим себя и оценим свои достижения</w:t>
            </w:r>
          </w:p>
        </w:tc>
        <w:tc>
          <w:tcPr>
            <w:tcW w:w="732" w:type="dxa"/>
          </w:tcPr>
          <w:p w14:paraId="2C63ED3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109157BE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14:paraId="32DFBCE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4C5FFD68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19895DC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 xml:space="preserve">Контрольная работа </w:t>
            </w:r>
          </w:p>
        </w:tc>
      </w:tr>
      <w:tr w:rsidR="00813C9E" w:rsidRPr="00F8220C" w14:paraId="66ACF2E5" w14:textId="77777777" w:rsidTr="00490334">
        <w:trPr>
          <w:trHeight w:val="996"/>
        </w:trPr>
        <w:tc>
          <w:tcPr>
            <w:tcW w:w="504" w:type="dxa"/>
          </w:tcPr>
          <w:p w14:paraId="3BB40F2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68.</w:t>
            </w:r>
          </w:p>
        </w:tc>
        <w:tc>
          <w:tcPr>
            <w:tcW w:w="3673" w:type="dxa"/>
          </w:tcPr>
          <w:p w14:paraId="05B6CCB3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  <w:highlight w:val="yellow"/>
              </w:rPr>
            </w:pPr>
            <w:r w:rsidRPr="00F8220C">
              <w:rPr>
                <w:sz w:val="24"/>
                <w:szCs w:val="24"/>
              </w:rPr>
              <w:t>Повторение</w:t>
            </w:r>
          </w:p>
        </w:tc>
        <w:tc>
          <w:tcPr>
            <w:tcW w:w="732" w:type="dxa"/>
          </w:tcPr>
          <w:p w14:paraId="50D7ADF7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1</w:t>
            </w:r>
          </w:p>
        </w:tc>
        <w:tc>
          <w:tcPr>
            <w:tcW w:w="1620" w:type="dxa"/>
          </w:tcPr>
          <w:p w14:paraId="7D39CCBF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14:paraId="2D70AA6F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0</w:t>
            </w:r>
          </w:p>
        </w:tc>
        <w:tc>
          <w:tcPr>
            <w:tcW w:w="1164" w:type="dxa"/>
          </w:tcPr>
          <w:p w14:paraId="56471F4B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  <w:tc>
          <w:tcPr>
            <w:tcW w:w="1188" w:type="dxa"/>
          </w:tcPr>
          <w:p w14:paraId="01885837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Тестирование</w:t>
            </w:r>
          </w:p>
        </w:tc>
      </w:tr>
      <w:tr w:rsidR="00813C9E" w:rsidRPr="00F8220C" w14:paraId="408AEF55" w14:textId="77777777" w:rsidTr="00490334">
        <w:trPr>
          <w:trHeight w:val="813"/>
        </w:trPr>
        <w:tc>
          <w:tcPr>
            <w:tcW w:w="4177" w:type="dxa"/>
            <w:gridSpan w:val="2"/>
          </w:tcPr>
          <w:p w14:paraId="13EF2EE3" w14:textId="77777777" w:rsidR="00813C9E" w:rsidRPr="00F8220C" w:rsidRDefault="00813C9E" w:rsidP="00490334">
            <w:pPr>
              <w:pStyle w:val="TableParagraph"/>
              <w:spacing w:line="292" w:lineRule="auto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ОБЩЕЕ</w:t>
            </w:r>
            <w:r w:rsidRPr="00F8220C">
              <w:rPr>
                <w:spacing w:val="-7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КОЛИЧЕСТВО</w:t>
            </w:r>
            <w:r w:rsidRPr="00F8220C">
              <w:rPr>
                <w:spacing w:val="-6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ЧАСОВ</w:t>
            </w:r>
            <w:r w:rsidRPr="00F8220C">
              <w:rPr>
                <w:spacing w:val="-6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ПО</w:t>
            </w:r>
            <w:r w:rsidRPr="00F8220C">
              <w:rPr>
                <w:spacing w:val="-57"/>
                <w:sz w:val="24"/>
                <w:szCs w:val="24"/>
              </w:rPr>
              <w:t xml:space="preserve"> </w:t>
            </w:r>
            <w:r w:rsidRPr="00F8220C">
              <w:rPr>
                <w:sz w:val="24"/>
                <w:szCs w:val="24"/>
              </w:rPr>
              <w:t>ПРОГРАММЕ</w:t>
            </w:r>
          </w:p>
        </w:tc>
        <w:tc>
          <w:tcPr>
            <w:tcW w:w="732" w:type="dxa"/>
          </w:tcPr>
          <w:p w14:paraId="59E6646C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68</w:t>
            </w:r>
          </w:p>
        </w:tc>
        <w:tc>
          <w:tcPr>
            <w:tcW w:w="1620" w:type="dxa"/>
          </w:tcPr>
          <w:p w14:paraId="76A778A5" w14:textId="77777777" w:rsidR="00813C9E" w:rsidRPr="00F8220C" w:rsidRDefault="00813C9E" w:rsidP="00490334">
            <w:pPr>
              <w:pStyle w:val="TableParagraph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6</w:t>
            </w:r>
          </w:p>
        </w:tc>
        <w:tc>
          <w:tcPr>
            <w:tcW w:w="1668" w:type="dxa"/>
          </w:tcPr>
          <w:p w14:paraId="11CC43FC" w14:textId="77777777" w:rsidR="00813C9E" w:rsidRPr="00F8220C" w:rsidRDefault="00813C9E" w:rsidP="00490334">
            <w:pPr>
              <w:pStyle w:val="TableParagraph"/>
              <w:ind w:left="77"/>
              <w:rPr>
                <w:sz w:val="24"/>
                <w:szCs w:val="24"/>
              </w:rPr>
            </w:pPr>
            <w:r w:rsidRPr="00F8220C">
              <w:rPr>
                <w:sz w:val="24"/>
                <w:szCs w:val="24"/>
              </w:rPr>
              <w:t>2</w:t>
            </w:r>
          </w:p>
        </w:tc>
        <w:tc>
          <w:tcPr>
            <w:tcW w:w="2352" w:type="dxa"/>
            <w:gridSpan w:val="2"/>
          </w:tcPr>
          <w:p w14:paraId="6458DFB4" w14:textId="77777777" w:rsidR="00813C9E" w:rsidRPr="00F8220C" w:rsidRDefault="00813C9E" w:rsidP="00490334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</w:p>
        </w:tc>
      </w:tr>
    </w:tbl>
    <w:p w14:paraId="2D0C5BC8" w14:textId="77777777" w:rsidR="00813C9E" w:rsidRPr="00F8220C" w:rsidRDefault="00813C9E" w:rsidP="00813C9E">
      <w:pPr>
        <w:rPr>
          <w:rFonts w:ascii="Times New Roman" w:hAnsi="Times New Roman" w:cs="Times New Roman"/>
          <w:sz w:val="24"/>
          <w:szCs w:val="24"/>
        </w:rPr>
        <w:sectPr w:rsidR="00813C9E" w:rsidRPr="00F8220C">
          <w:pgSz w:w="11900" w:h="16840"/>
          <w:pgMar w:top="560" w:right="560" w:bottom="280" w:left="560" w:header="720" w:footer="720" w:gutter="0"/>
          <w:cols w:space="720"/>
        </w:sectPr>
      </w:pPr>
    </w:p>
    <w:p w14:paraId="4E29E192" w14:textId="77777777" w:rsidR="00813C9E" w:rsidRPr="00F8220C" w:rsidRDefault="001A58E8" w:rsidP="00813C9E">
      <w:pPr>
        <w:spacing w:before="66"/>
        <w:ind w:left="10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05746803">
          <v:rect id="Rectangle 3" o:spid="_x0000_s1028" style="position:absolute;left:0;text-align:left;margin-left:33.3pt;margin-top:22.9pt;width:528.15pt;height:.6pt;z-index:-2516541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УЧЕБНО-МЕТОДИЧЕСКОЕ</w:t>
      </w:r>
      <w:r w:rsidR="00813C9E" w:rsidRPr="00F8220C">
        <w:rPr>
          <w:rFonts w:ascii="Times New Roman" w:hAnsi="Times New Roman" w:cs="Times New Roman"/>
          <w:b/>
          <w:spacing w:val="-13"/>
          <w:sz w:val="24"/>
          <w:szCs w:val="24"/>
        </w:rPr>
        <w:t xml:space="preserve"> </w: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ОБЕСПЕЧЕНИЕ</w:t>
      </w:r>
      <w:r w:rsidR="00813C9E" w:rsidRPr="00F8220C">
        <w:rPr>
          <w:rFonts w:ascii="Times New Roman" w:hAnsi="Times New Roman" w:cs="Times New Roman"/>
          <w:b/>
          <w:spacing w:val="-12"/>
          <w:sz w:val="24"/>
          <w:szCs w:val="24"/>
        </w:rPr>
        <w:t xml:space="preserve"> </w: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ОБРАЗОВАТЕЛЬНОГО</w:t>
      </w:r>
      <w:r w:rsidR="00813C9E" w:rsidRPr="00F8220C">
        <w:rPr>
          <w:rFonts w:ascii="Times New Roman" w:hAnsi="Times New Roman" w:cs="Times New Roman"/>
          <w:b/>
          <w:spacing w:val="-13"/>
          <w:sz w:val="24"/>
          <w:szCs w:val="24"/>
        </w:rPr>
        <w:t xml:space="preserve"> </w:t>
      </w:r>
      <w:r w:rsidR="00813C9E" w:rsidRPr="00F8220C">
        <w:rPr>
          <w:rFonts w:ascii="Times New Roman" w:hAnsi="Times New Roman" w:cs="Times New Roman"/>
          <w:b/>
          <w:sz w:val="24"/>
          <w:szCs w:val="24"/>
        </w:rPr>
        <w:t>ПРОЦЕССА</w:t>
      </w:r>
    </w:p>
    <w:p w14:paraId="37BF76AE" w14:textId="77777777" w:rsidR="00813C9E" w:rsidRPr="00F8220C" w:rsidRDefault="00813C9E" w:rsidP="00813C9E">
      <w:pPr>
        <w:pStyle w:val="1"/>
        <w:spacing w:before="179"/>
        <w:rPr>
          <w:rFonts w:ascii="Times New Roman" w:hAnsi="Times New Roman" w:cs="Times New Roman"/>
          <w:sz w:val="24"/>
          <w:szCs w:val="24"/>
        </w:rPr>
      </w:pPr>
      <w:r w:rsidRPr="00F8220C">
        <w:rPr>
          <w:rFonts w:ascii="Times New Roman" w:hAnsi="Times New Roman" w:cs="Times New Roman"/>
          <w:sz w:val="24"/>
          <w:szCs w:val="24"/>
        </w:rPr>
        <w:t>ОБЯЗАТЕЛЬНЫЕ</w:t>
      </w:r>
      <w:r w:rsidRPr="00F8220C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</w:rPr>
        <w:t>УЧЕБНЫЕ</w:t>
      </w:r>
      <w:r w:rsidRPr="00F8220C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</w:rPr>
        <w:t>МАТЕРИАЛЫ</w:t>
      </w:r>
      <w:r w:rsidRPr="00F8220C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</w:rPr>
        <w:t>ДЛЯ</w:t>
      </w:r>
      <w:r w:rsidRPr="00F8220C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</w:rPr>
        <w:t>УЧЕНИКА</w:t>
      </w:r>
    </w:p>
    <w:p w14:paraId="4738C67B" w14:textId="77777777" w:rsidR="00813C9E" w:rsidRPr="00F8220C" w:rsidRDefault="00813C9E" w:rsidP="00813C9E">
      <w:pPr>
        <w:pStyle w:val="af"/>
        <w:spacing w:before="156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Окружающий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(в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частях),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/Плешаков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А.А.,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Акционерное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общество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«Издательство</w:t>
      </w:r>
    </w:p>
    <w:p w14:paraId="68232B48" w14:textId="77777777" w:rsidR="00813C9E" w:rsidRPr="00F8220C" w:rsidRDefault="00813C9E" w:rsidP="00813C9E">
      <w:pPr>
        <w:pStyle w:val="af"/>
        <w:spacing w:before="60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«Просвещение»;</w:t>
      </w:r>
    </w:p>
    <w:p w14:paraId="284057C1" w14:textId="77777777" w:rsidR="00813C9E" w:rsidRPr="00F8220C" w:rsidRDefault="00813C9E" w:rsidP="00813C9E">
      <w:pPr>
        <w:pStyle w:val="af"/>
        <w:spacing w:before="60" w:line="292" w:lineRule="auto"/>
        <w:ind w:left="106" w:right="7461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Окружающий мир (в 2 частях);</w:t>
      </w:r>
      <w:r w:rsidRPr="00F8220C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/Плешаков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А.А.;</w:t>
      </w:r>
    </w:p>
    <w:p w14:paraId="47733E7C" w14:textId="77777777" w:rsidR="00813C9E" w:rsidRPr="00F8220C" w:rsidRDefault="00813C9E" w:rsidP="00813C9E">
      <w:pPr>
        <w:pStyle w:val="af"/>
        <w:spacing w:line="275" w:lineRule="exact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Акционерное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общество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«Издательство;</w:t>
      </w:r>
    </w:p>
    <w:p w14:paraId="2B30FDCE" w14:textId="77777777" w:rsidR="00813C9E" w:rsidRPr="00F8220C" w:rsidRDefault="00813C9E" w:rsidP="00813C9E">
      <w:pPr>
        <w:pStyle w:val="af"/>
        <w:spacing w:before="60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«Просвещение»;</w:t>
      </w:r>
    </w:p>
    <w:p w14:paraId="11858AC0" w14:textId="77777777" w:rsidR="00813C9E" w:rsidRPr="00F8220C" w:rsidRDefault="00813C9E" w:rsidP="00813C9E">
      <w:pPr>
        <w:pStyle w:val="af"/>
        <w:spacing w:before="60" w:line="292" w:lineRule="auto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А.А.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Плешаков.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Рабочая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тетрадь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учебнику</w:t>
      </w:r>
      <w:r w:rsidRPr="00F8220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«Окружающий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мир»-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частях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М.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Просвещение;</w:t>
      </w:r>
    </w:p>
    <w:p w14:paraId="4B28A318" w14:textId="77777777" w:rsidR="00813C9E" w:rsidRPr="00F8220C" w:rsidRDefault="00813C9E" w:rsidP="00813C9E">
      <w:pPr>
        <w:pStyle w:val="af"/>
        <w:spacing w:line="275" w:lineRule="exact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2014;</w:t>
      </w:r>
    </w:p>
    <w:p w14:paraId="7105A429" w14:textId="77777777" w:rsidR="00813C9E" w:rsidRPr="00F8220C" w:rsidRDefault="00813C9E" w:rsidP="00813C9E">
      <w:pPr>
        <w:pStyle w:val="af"/>
        <w:spacing w:before="60" w:line="292" w:lineRule="auto"/>
        <w:ind w:left="106" w:right="2335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А.А.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Плешаков.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Атлас-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определитель</w:t>
      </w:r>
      <w:r w:rsidRPr="00F8220C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начальных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классов.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М.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Просвещение;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2010;</w:t>
      </w:r>
    </w:p>
    <w:p w14:paraId="0077ADF0" w14:textId="77777777" w:rsidR="00813C9E" w:rsidRPr="00F8220C" w:rsidRDefault="00813C9E" w:rsidP="00813C9E">
      <w:pPr>
        <w:pStyle w:val="af"/>
        <w:spacing w:line="292" w:lineRule="auto"/>
        <w:ind w:left="106" w:right="974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А.А.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Плешаков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«Зеленые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страницы».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Книга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учащихся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нач.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классов.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М.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Просвещение;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2010;</w:t>
      </w:r>
    </w:p>
    <w:p w14:paraId="0A58792D" w14:textId="77777777" w:rsidR="00813C9E" w:rsidRPr="00F8220C" w:rsidRDefault="00813C9E" w:rsidP="00813C9E">
      <w:pPr>
        <w:pStyle w:val="af"/>
        <w:spacing w:line="275" w:lineRule="exact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F2D7488" w14:textId="77777777" w:rsidR="00813C9E" w:rsidRPr="00F8220C" w:rsidRDefault="00813C9E" w:rsidP="00813C9E">
      <w:pPr>
        <w:pStyle w:val="af"/>
        <w:spacing w:before="59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Введите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свой</w:t>
      </w:r>
      <w:r w:rsidRPr="00F8220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вариант:</w:t>
      </w:r>
    </w:p>
    <w:p w14:paraId="0DDC922A" w14:textId="77777777" w:rsidR="00813C9E" w:rsidRPr="00F8220C" w:rsidRDefault="00813C9E" w:rsidP="00813C9E">
      <w:pPr>
        <w:pStyle w:val="af"/>
        <w:spacing w:before="11"/>
        <w:rPr>
          <w:rFonts w:ascii="Times New Roman" w:hAnsi="Times New Roman" w:cs="Times New Roman"/>
          <w:sz w:val="24"/>
          <w:szCs w:val="24"/>
          <w:lang w:val="ru-RU"/>
        </w:rPr>
      </w:pPr>
    </w:p>
    <w:p w14:paraId="61DFFDCB" w14:textId="77777777" w:rsidR="00813C9E" w:rsidRPr="00F8220C" w:rsidRDefault="00813C9E" w:rsidP="00813C9E">
      <w:pPr>
        <w:pStyle w:val="1"/>
        <w:spacing w:before="0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МЕТОДИЧЕСКИЕ</w:t>
      </w:r>
      <w:r w:rsidRPr="00F8220C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УЧИТЕЛЯ</w:t>
      </w:r>
    </w:p>
    <w:p w14:paraId="691838D9" w14:textId="77777777" w:rsidR="00813C9E" w:rsidRPr="00F8220C" w:rsidRDefault="00813C9E" w:rsidP="00813C9E">
      <w:pPr>
        <w:pStyle w:val="af"/>
        <w:spacing w:before="156" w:line="292" w:lineRule="auto"/>
        <w:ind w:left="106" w:right="7499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Поурочные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разработки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8220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класс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КИМ</w:t>
      </w:r>
      <w:r w:rsidRPr="00F8220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2 класс</w:t>
      </w:r>
    </w:p>
    <w:p w14:paraId="6149D072" w14:textId="77777777" w:rsidR="00813C9E" w:rsidRPr="00F8220C" w:rsidRDefault="00813C9E" w:rsidP="00813C9E">
      <w:pPr>
        <w:pStyle w:val="1"/>
        <w:spacing w:before="191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ЦИФРОВЫЕ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ОБРАЗОВАТЕЛЬНЫЕ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СЕТИ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ИНТЕРНЕТ</w:t>
      </w:r>
    </w:p>
    <w:p w14:paraId="67CE89AA" w14:textId="77777777" w:rsidR="00813C9E" w:rsidRPr="00F8220C" w:rsidRDefault="001A58E8" w:rsidP="00813C9E">
      <w:pPr>
        <w:pStyle w:val="af"/>
        <w:spacing w:before="156" w:line="292" w:lineRule="auto"/>
        <w:ind w:left="106" w:right="2335"/>
        <w:rPr>
          <w:rFonts w:ascii="Times New Roman" w:hAnsi="Times New Roman" w:cs="Times New Roman"/>
          <w:sz w:val="24"/>
          <w:szCs w:val="24"/>
          <w:lang w:val="ru-RU"/>
        </w:rPr>
      </w:pPr>
      <w:hyperlink r:id="rId37">
        <w:r w:rsidR="00813C9E" w:rsidRPr="00F8220C">
          <w:rPr>
            <w:rFonts w:ascii="Times New Roman" w:hAnsi="Times New Roman" w:cs="Times New Roman"/>
            <w:sz w:val="24"/>
            <w:szCs w:val="24"/>
          </w:rPr>
          <w:t>http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nsportal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ru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813C9E" w:rsidRPr="00F8220C">
          <w:rPr>
            <w:rFonts w:ascii="Times New Roman" w:hAnsi="Times New Roman" w:cs="Times New Roman"/>
            <w:spacing w:val="-14"/>
            <w:sz w:val="24"/>
            <w:szCs w:val="24"/>
            <w:lang w:val="ru-RU"/>
          </w:rPr>
          <w:t xml:space="preserve"> </w:t>
        </w:r>
      </w:hyperlink>
      <w:hyperlink r:id="rId38">
        <w:r w:rsidR="00813C9E" w:rsidRPr="00F8220C">
          <w:rPr>
            <w:rFonts w:ascii="Times New Roman" w:hAnsi="Times New Roman" w:cs="Times New Roman"/>
            <w:sz w:val="24"/>
            <w:szCs w:val="24"/>
          </w:rPr>
          <w:t>http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easyen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ru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813C9E" w:rsidRPr="00F8220C">
          <w:rPr>
            <w:rFonts w:ascii="Times New Roman" w:hAnsi="Times New Roman" w:cs="Times New Roman"/>
            <w:spacing w:val="-14"/>
            <w:sz w:val="24"/>
            <w:szCs w:val="24"/>
            <w:lang w:val="ru-RU"/>
          </w:rPr>
          <w:t xml:space="preserve"> </w:t>
        </w:r>
      </w:hyperlink>
      <w:hyperlink r:id="rId39">
        <w:r w:rsidR="00813C9E" w:rsidRPr="00F8220C">
          <w:rPr>
            <w:rFonts w:ascii="Times New Roman" w:hAnsi="Times New Roman" w:cs="Times New Roman"/>
            <w:sz w:val="24"/>
            <w:szCs w:val="24"/>
          </w:rPr>
          <w:t>http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www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uchportal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ru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813C9E" w:rsidRPr="00F8220C">
          <w:rPr>
            <w:rFonts w:ascii="Times New Roman" w:hAnsi="Times New Roman" w:cs="Times New Roman"/>
            <w:spacing w:val="-14"/>
            <w:sz w:val="24"/>
            <w:szCs w:val="24"/>
            <w:lang w:val="ru-RU"/>
          </w:rPr>
          <w:t xml:space="preserve"> </w:t>
        </w:r>
      </w:hyperlink>
      <w:hyperlink r:id="rId40">
        <w:r w:rsidR="00813C9E" w:rsidRPr="00F8220C">
          <w:rPr>
            <w:rFonts w:ascii="Times New Roman" w:hAnsi="Times New Roman" w:cs="Times New Roman"/>
            <w:sz w:val="24"/>
            <w:szCs w:val="24"/>
          </w:rPr>
          <w:t>http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www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nachalka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com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</w:hyperlink>
      <w:r w:rsidR="00813C9E"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hyperlink r:id="rId41">
        <w:r w:rsidR="00813C9E" w:rsidRPr="00F8220C">
          <w:rPr>
            <w:rFonts w:ascii="Times New Roman" w:hAnsi="Times New Roman" w:cs="Times New Roman"/>
            <w:sz w:val="24"/>
            <w:szCs w:val="24"/>
          </w:rPr>
          <w:t>http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school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box</w:t>
        </w:r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ru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nachalnaya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shkola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knigi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uchebniki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="00813C9E" w:rsidRPr="00F8220C">
          <w:rPr>
            <w:rFonts w:ascii="Times New Roman" w:hAnsi="Times New Roman" w:cs="Times New Roman"/>
            <w:sz w:val="24"/>
            <w:szCs w:val="24"/>
          </w:rPr>
          <w:t>posobiya</w:t>
        </w:r>
        <w:proofErr w:type="spellEnd"/>
        <w:r w:rsidR="00813C9E" w:rsidRPr="00F8220C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813C9E" w:rsidRPr="00F8220C">
          <w:rPr>
            <w:rFonts w:ascii="Times New Roman" w:hAnsi="Times New Roman" w:cs="Times New Roman"/>
            <w:sz w:val="24"/>
            <w:szCs w:val="24"/>
          </w:rPr>
          <w:t>html</w:t>
        </w:r>
      </w:hyperlink>
    </w:p>
    <w:p w14:paraId="7984404E" w14:textId="77777777" w:rsidR="00813C9E" w:rsidRPr="00F8220C" w:rsidRDefault="00813C9E" w:rsidP="00813C9E">
      <w:pPr>
        <w:spacing w:line="292" w:lineRule="auto"/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520" w:right="560" w:bottom="280" w:left="560" w:header="720" w:footer="720" w:gutter="0"/>
          <w:cols w:space="720"/>
        </w:sectPr>
      </w:pPr>
    </w:p>
    <w:p w14:paraId="61A3F2B6" w14:textId="77777777" w:rsidR="00813C9E" w:rsidRPr="00F8220C" w:rsidRDefault="001A58E8" w:rsidP="00813C9E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5DC6FA07">
          <v:rect id="Rectangle 2" o:spid="_x0000_s1027" style="position:absolute;margin-left:33.3pt;margin-top:22.9pt;width:528.15pt;height:.6pt;z-index:-25165312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" fillcolor="black" stroked="f">
            <w10:wrap type="topAndBottom" anchorx="page"/>
          </v:rect>
        </w:pic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МАТЕРИАЛЬНО-ТЕХНИЧЕСКОЕ</w:t>
      </w:r>
      <w:r w:rsidR="00813C9E" w:rsidRPr="00F8220C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ОБЕСПЕЧЕНИЕ</w:t>
      </w:r>
      <w:r w:rsidR="00813C9E" w:rsidRPr="00F8220C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ОБРАЗОВАТЕЛЬНОГО</w:t>
      </w:r>
      <w:r w:rsidR="00813C9E" w:rsidRPr="00F8220C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="00813C9E" w:rsidRPr="00F8220C">
        <w:rPr>
          <w:rFonts w:ascii="Times New Roman" w:hAnsi="Times New Roman" w:cs="Times New Roman"/>
          <w:sz w:val="24"/>
          <w:szCs w:val="24"/>
          <w:lang w:val="ru-RU"/>
        </w:rPr>
        <w:t>ПРОЦЕССА</w:t>
      </w:r>
    </w:p>
    <w:p w14:paraId="69A30C0D" w14:textId="77777777" w:rsidR="00813C9E" w:rsidRPr="00F8220C" w:rsidRDefault="00813C9E" w:rsidP="00813C9E">
      <w:pPr>
        <w:spacing w:before="179"/>
        <w:ind w:left="10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УЧЕБНОЕ</w:t>
      </w:r>
      <w:r w:rsidRPr="00F8220C">
        <w:rPr>
          <w:rFonts w:ascii="Times New Roman" w:hAnsi="Times New Roman" w:cs="Times New Roman"/>
          <w:b/>
          <w:spacing w:val="-9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b/>
          <w:sz w:val="24"/>
          <w:szCs w:val="24"/>
          <w:lang w:val="ru-RU"/>
        </w:rPr>
        <w:t>ОБОРУДОВАНИЕ</w:t>
      </w:r>
    </w:p>
    <w:p w14:paraId="2F124A0E" w14:textId="77777777" w:rsidR="00813C9E" w:rsidRPr="00F8220C" w:rsidRDefault="00813C9E" w:rsidP="00813C9E">
      <w:pPr>
        <w:pStyle w:val="af"/>
        <w:spacing w:before="156" w:line="292" w:lineRule="auto"/>
        <w:ind w:left="106" w:right="8424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Учебные плакаты</w:t>
      </w:r>
      <w:r w:rsidRPr="00F8220C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Компьютер,</w:t>
      </w:r>
      <w:r w:rsidRPr="00F8220C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проектор</w:t>
      </w:r>
    </w:p>
    <w:p w14:paraId="6BAFD42C" w14:textId="77777777" w:rsidR="00813C9E" w:rsidRPr="00F8220C" w:rsidRDefault="00813C9E" w:rsidP="00813C9E">
      <w:pPr>
        <w:pStyle w:val="1"/>
        <w:spacing w:before="191" w:line="292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F8220C">
        <w:rPr>
          <w:rFonts w:ascii="Times New Roman" w:hAnsi="Times New Roman" w:cs="Times New Roman"/>
          <w:sz w:val="24"/>
          <w:szCs w:val="24"/>
          <w:lang w:val="ru-RU"/>
        </w:rPr>
        <w:t>ОБОРУДОВАНИЕ</w:t>
      </w:r>
      <w:r w:rsidRPr="00F8220C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8220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 w:rsidRPr="00F8220C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ЛАБОРАТОРНЫХ,</w:t>
      </w:r>
      <w:r w:rsidRPr="00F8220C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ПРАКТИЧЕСКИХ</w:t>
      </w:r>
      <w:r w:rsidRPr="00F8220C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РАБОТ,</w:t>
      </w:r>
      <w:r w:rsidRPr="00F8220C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F8220C">
        <w:rPr>
          <w:rFonts w:ascii="Times New Roman" w:hAnsi="Times New Roman" w:cs="Times New Roman"/>
          <w:sz w:val="24"/>
          <w:szCs w:val="24"/>
          <w:lang w:val="ru-RU"/>
        </w:rPr>
        <w:t>ДЕМОНСТРАЦИЙ</w:t>
      </w:r>
    </w:p>
    <w:p w14:paraId="536B9B10" w14:textId="77777777" w:rsidR="00813C9E" w:rsidRPr="00F8220C" w:rsidRDefault="00813C9E" w:rsidP="00813C9E">
      <w:pPr>
        <w:pStyle w:val="af"/>
        <w:spacing w:before="95"/>
        <w:ind w:left="106"/>
        <w:rPr>
          <w:rFonts w:ascii="Times New Roman" w:hAnsi="Times New Roman" w:cs="Times New Roman"/>
          <w:sz w:val="24"/>
          <w:szCs w:val="24"/>
        </w:rPr>
      </w:pPr>
      <w:proofErr w:type="spellStart"/>
      <w:r w:rsidRPr="00F8220C">
        <w:rPr>
          <w:rFonts w:ascii="Times New Roman" w:hAnsi="Times New Roman" w:cs="Times New Roman"/>
          <w:sz w:val="24"/>
          <w:szCs w:val="24"/>
        </w:rPr>
        <w:t>Гербарий</w:t>
      </w:r>
      <w:proofErr w:type="spellEnd"/>
      <w:r w:rsidRPr="00F8220C">
        <w:rPr>
          <w:rFonts w:ascii="Times New Roman" w:hAnsi="Times New Roman" w:cs="Times New Roman"/>
          <w:sz w:val="24"/>
          <w:szCs w:val="24"/>
        </w:rPr>
        <w:t>,</w:t>
      </w:r>
      <w:r w:rsidRPr="00F8220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F8220C">
        <w:rPr>
          <w:rFonts w:ascii="Times New Roman" w:hAnsi="Times New Roman" w:cs="Times New Roman"/>
          <w:sz w:val="24"/>
          <w:szCs w:val="24"/>
        </w:rPr>
        <w:t>термометр</w:t>
      </w:r>
      <w:proofErr w:type="spellEnd"/>
    </w:p>
    <w:p w14:paraId="6228910C" w14:textId="77777777" w:rsidR="00813C9E" w:rsidRPr="00F8220C" w:rsidRDefault="00813C9E" w:rsidP="00813C9E">
      <w:pPr>
        <w:rPr>
          <w:rFonts w:ascii="Times New Roman" w:hAnsi="Times New Roman" w:cs="Times New Roman"/>
          <w:sz w:val="24"/>
          <w:szCs w:val="24"/>
        </w:rPr>
      </w:pPr>
    </w:p>
    <w:p w14:paraId="49516A33" w14:textId="77777777" w:rsidR="00813C9E" w:rsidRPr="00F8220C" w:rsidRDefault="00813C9E" w:rsidP="00813C9E">
      <w:pPr>
        <w:pStyle w:val="af"/>
        <w:spacing w:before="4"/>
        <w:rPr>
          <w:rFonts w:ascii="Times New Roman" w:hAnsi="Times New Roman" w:cs="Times New Roman"/>
          <w:sz w:val="24"/>
          <w:szCs w:val="24"/>
        </w:rPr>
      </w:pPr>
    </w:p>
    <w:p w14:paraId="5364157F" w14:textId="77777777" w:rsidR="00813C9E" w:rsidRPr="00F8220C" w:rsidRDefault="00813C9E">
      <w:pPr>
        <w:rPr>
          <w:rFonts w:ascii="Times New Roman" w:hAnsi="Times New Roman" w:cs="Times New Roman"/>
          <w:sz w:val="24"/>
          <w:szCs w:val="24"/>
          <w:lang w:val="ru-RU"/>
        </w:rPr>
        <w:sectPr w:rsidR="00813C9E" w:rsidRPr="00F8220C">
          <w:pgSz w:w="11900" w:h="16840"/>
          <w:pgMar w:top="448" w:right="1440" w:bottom="1440" w:left="1440" w:header="720" w:footer="720" w:gutter="0"/>
          <w:cols w:space="720" w:equalWidth="0">
            <w:col w:w="9020" w:space="0"/>
          </w:cols>
          <w:docGrid w:linePitch="360"/>
        </w:sectPr>
      </w:pPr>
    </w:p>
    <w:p w14:paraId="4199835A" w14:textId="77777777" w:rsidR="00DD6C36" w:rsidRPr="00F8220C" w:rsidRDefault="00DD6C36">
      <w:pPr>
        <w:autoSpaceDE w:val="0"/>
        <w:autoSpaceDN w:val="0"/>
        <w:spacing w:after="78" w:line="22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sectPr w:rsidR="00DD6C36" w:rsidRPr="00F8220C" w:rsidSect="00813C9E">
      <w:pgSz w:w="11900" w:h="16840"/>
      <w:pgMar w:top="298" w:right="650" w:bottom="450" w:left="666" w:header="720" w:footer="720" w:gutter="0"/>
      <w:cols w:space="720" w:equalWidth="0">
        <w:col w:w="10584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1C5B1415"/>
    <w:multiLevelType w:val="hybridMultilevel"/>
    <w:tmpl w:val="3B06E57C"/>
    <w:lvl w:ilvl="0" w:tplc="738C3804">
      <w:start w:val="1"/>
      <w:numFmt w:val="decimal"/>
      <w:lvlText w:val="%1)"/>
      <w:lvlJc w:val="left"/>
      <w:pPr>
        <w:ind w:left="610" w:hanging="325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5A389C08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7DF0F918">
      <w:numFmt w:val="bullet"/>
      <w:lvlText w:val="•"/>
      <w:lvlJc w:val="left"/>
      <w:pPr>
        <w:ind w:left="1748" w:hanging="361"/>
      </w:pPr>
      <w:rPr>
        <w:rFonts w:hint="default"/>
        <w:lang w:val="ru-RU" w:eastAsia="en-US" w:bidi="ar-SA"/>
      </w:rPr>
    </w:lvl>
    <w:lvl w:ilvl="3" w:tplc="D744D8BC">
      <w:numFmt w:val="bullet"/>
      <w:lvlText w:val="•"/>
      <w:lvlJc w:val="left"/>
      <w:pPr>
        <w:ind w:left="2877" w:hanging="361"/>
      </w:pPr>
      <w:rPr>
        <w:rFonts w:hint="default"/>
        <w:lang w:val="ru-RU" w:eastAsia="en-US" w:bidi="ar-SA"/>
      </w:rPr>
    </w:lvl>
    <w:lvl w:ilvl="4" w:tplc="2CBC8D46">
      <w:numFmt w:val="bullet"/>
      <w:lvlText w:val="•"/>
      <w:lvlJc w:val="left"/>
      <w:pPr>
        <w:ind w:left="4006" w:hanging="361"/>
      </w:pPr>
      <w:rPr>
        <w:rFonts w:hint="default"/>
        <w:lang w:val="ru-RU" w:eastAsia="en-US" w:bidi="ar-SA"/>
      </w:rPr>
    </w:lvl>
    <w:lvl w:ilvl="5" w:tplc="29724546">
      <w:numFmt w:val="bullet"/>
      <w:lvlText w:val="•"/>
      <w:lvlJc w:val="left"/>
      <w:pPr>
        <w:ind w:left="5135" w:hanging="361"/>
      </w:pPr>
      <w:rPr>
        <w:rFonts w:hint="default"/>
        <w:lang w:val="ru-RU" w:eastAsia="en-US" w:bidi="ar-SA"/>
      </w:rPr>
    </w:lvl>
    <w:lvl w:ilvl="6" w:tplc="1F788F5C">
      <w:numFmt w:val="bullet"/>
      <w:lvlText w:val="•"/>
      <w:lvlJc w:val="left"/>
      <w:pPr>
        <w:ind w:left="6264" w:hanging="361"/>
      </w:pPr>
      <w:rPr>
        <w:rFonts w:hint="default"/>
        <w:lang w:val="ru-RU" w:eastAsia="en-US" w:bidi="ar-SA"/>
      </w:rPr>
    </w:lvl>
    <w:lvl w:ilvl="7" w:tplc="30163798">
      <w:numFmt w:val="bullet"/>
      <w:lvlText w:val="•"/>
      <w:lvlJc w:val="left"/>
      <w:pPr>
        <w:ind w:left="7393" w:hanging="361"/>
      </w:pPr>
      <w:rPr>
        <w:rFonts w:hint="default"/>
        <w:lang w:val="ru-RU" w:eastAsia="en-US" w:bidi="ar-SA"/>
      </w:rPr>
    </w:lvl>
    <w:lvl w:ilvl="8" w:tplc="11BCCF96">
      <w:numFmt w:val="bullet"/>
      <w:lvlText w:val="•"/>
      <w:lvlJc w:val="left"/>
      <w:pPr>
        <w:ind w:left="8522" w:hanging="361"/>
      </w:pPr>
      <w:rPr>
        <w:rFonts w:hint="default"/>
        <w:lang w:val="ru-RU" w:eastAsia="en-US" w:bidi="ar-SA"/>
      </w:rPr>
    </w:lvl>
  </w:abstractNum>
  <w:abstractNum w:abstractNumId="10" w15:restartNumberingAfterBreak="0">
    <w:nsid w:val="26C62650"/>
    <w:multiLevelType w:val="hybridMultilevel"/>
    <w:tmpl w:val="F350D976"/>
    <w:lvl w:ilvl="0" w:tplc="3B94F9BA">
      <w:start w:val="1"/>
      <w:numFmt w:val="decimal"/>
      <w:lvlText w:val="%1)"/>
      <w:lvlJc w:val="left"/>
      <w:pPr>
        <w:ind w:left="610" w:hanging="325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FBF21952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E20EEB2E">
      <w:numFmt w:val="bullet"/>
      <w:lvlText w:val="•"/>
      <w:lvlJc w:val="left"/>
      <w:pPr>
        <w:ind w:left="1748" w:hanging="361"/>
      </w:pPr>
      <w:rPr>
        <w:rFonts w:hint="default"/>
        <w:lang w:val="ru-RU" w:eastAsia="en-US" w:bidi="ar-SA"/>
      </w:rPr>
    </w:lvl>
    <w:lvl w:ilvl="3" w:tplc="EF66B298">
      <w:numFmt w:val="bullet"/>
      <w:lvlText w:val="•"/>
      <w:lvlJc w:val="left"/>
      <w:pPr>
        <w:ind w:left="2877" w:hanging="361"/>
      </w:pPr>
      <w:rPr>
        <w:rFonts w:hint="default"/>
        <w:lang w:val="ru-RU" w:eastAsia="en-US" w:bidi="ar-SA"/>
      </w:rPr>
    </w:lvl>
    <w:lvl w:ilvl="4" w:tplc="197C2208">
      <w:numFmt w:val="bullet"/>
      <w:lvlText w:val="•"/>
      <w:lvlJc w:val="left"/>
      <w:pPr>
        <w:ind w:left="4006" w:hanging="361"/>
      </w:pPr>
      <w:rPr>
        <w:rFonts w:hint="default"/>
        <w:lang w:val="ru-RU" w:eastAsia="en-US" w:bidi="ar-SA"/>
      </w:rPr>
    </w:lvl>
    <w:lvl w:ilvl="5" w:tplc="CF5EFD28">
      <w:numFmt w:val="bullet"/>
      <w:lvlText w:val="•"/>
      <w:lvlJc w:val="left"/>
      <w:pPr>
        <w:ind w:left="5135" w:hanging="361"/>
      </w:pPr>
      <w:rPr>
        <w:rFonts w:hint="default"/>
        <w:lang w:val="ru-RU" w:eastAsia="en-US" w:bidi="ar-SA"/>
      </w:rPr>
    </w:lvl>
    <w:lvl w:ilvl="6" w:tplc="6ACC9F78">
      <w:numFmt w:val="bullet"/>
      <w:lvlText w:val="•"/>
      <w:lvlJc w:val="left"/>
      <w:pPr>
        <w:ind w:left="6264" w:hanging="361"/>
      </w:pPr>
      <w:rPr>
        <w:rFonts w:hint="default"/>
        <w:lang w:val="ru-RU" w:eastAsia="en-US" w:bidi="ar-SA"/>
      </w:rPr>
    </w:lvl>
    <w:lvl w:ilvl="7" w:tplc="6ACA5730">
      <w:numFmt w:val="bullet"/>
      <w:lvlText w:val="•"/>
      <w:lvlJc w:val="left"/>
      <w:pPr>
        <w:ind w:left="7393" w:hanging="361"/>
      </w:pPr>
      <w:rPr>
        <w:rFonts w:hint="default"/>
        <w:lang w:val="ru-RU" w:eastAsia="en-US" w:bidi="ar-SA"/>
      </w:rPr>
    </w:lvl>
    <w:lvl w:ilvl="8" w:tplc="54FCADF8">
      <w:numFmt w:val="bullet"/>
      <w:lvlText w:val="•"/>
      <w:lvlJc w:val="left"/>
      <w:pPr>
        <w:ind w:left="8522" w:hanging="361"/>
      </w:pPr>
      <w:rPr>
        <w:rFonts w:hint="default"/>
        <w:lang w:val="ru-RU" w:eastAsia="en-US" w:bidi="ar-SA"/>
      </w:rPr>
    </w:lvl>
  </w:abstractNum>
  <w:abstractNum w:abstractNumId="11" w15:restartNumberingAfterBreak="0">
    <w:nsid w:val="29ED1476"/>
    <w:multiLevelType w:val="hybridMultilevel"/>
    <w:tmpl w:val="61B4CF0A"/>
    <w:lvl w:ilvl="0" w:tplc="57920B7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D0BC5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B50E86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907EF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3627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5B801F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BEE881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C8A83B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41A333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4241434"/>
    <w:multiLevelType w:val="hybridMultilevel"/>
    <w:tmpl w:val="90569D64"/>
    <w:lvl w:ilvl="0" w:tplc="B380D1B4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54A1F2">
      <w:numFmt w:val="bullet"/>
      <w:lvlText w:val="•"/>
      <w:lvlJc w:val="left"/>
      <w:pPr>
        <w:ind w:left="1546" w:hanging="361"/>
      </w:pPr>
      <w:rPr>
        <w:rFonts w:hint="default"/>
        <w:lang w:val="ru-RU" w:eastAsia="en-US" w:bidi="ar-SA"/>
      </w:rPr>
    </w:lvl>
    <w:lvl w:ilvl="2" w:tplc="488ED040">
      <w:numFmt w:val="bullet"/>
      <w:lvlText w:val="•"/>
      <w:lvlJc w:val="left"/>
      <w:pPr>
        <w:ind w:left="2572" w:hanging="361"/>
      </w:pPr>
      <w:rPr>
        <w:rFonts w:hint="default"/>
        <w:lang w:val="ru-RU" w:eastAsia="en-US" w:bidi="ar-SA"/>
      </w:rPr>
    </w:lvl>
    <w:lvl w:ilvl="3" w:tplc="D5940CA8">
      <w:numFmt w:val="bullet"/>
      <w:lvlText w:val="•"/>
      <w:lvlJc w:val="left"/>
      <w:pPr>
        <w:ind w:left="3598" w:hanging="361"/>
      </w:pPr>
      <w:rPr>
        <w:rFonts w:hint="default"/>
        <w:lang w:val="ru-RU" w:eastAsia="en-US" w:bidi="ar-SA"/>
      </w:rPr>
    </w:lvl>
    <w:lvl w:ilvl="4" w:tplc="E7DC8E16">
      <w:numFmt w:val="bullet"/>
      <w:lvlText w:val="•"/>
      <w:lvlJc w:val="left"/>
      <w:pPr>
        <w:ind w:left="4624" w:hanging="361"/>
      </w:pPr>
      <w:rPr>
        <w:rFonts w:hint="default"/>
        <w:lang w:val="ru-RU" w:eastAsia="en-US" w:bidi="ar-SA"/>
      </w:rPr>
    </w:lvl>
    <w:lvl w:ilvl="5" w:tplc="5A84F76C">
      <w:numFmt w:val="bullet"/>
      <w:lvlText w:val="•"/>
      <w:lvlJc w:val="left"/>
      <w:pPr>
        <w:ind w:left="5650" w:hanging="361"/>
      </w:pPr>
      <w:rPr>
        <w:rFonts w:hint="default"/>
        <w:lang w:val="ru-RU" w:eastAsia="en-US" w:bidi="ar-SA"/>
      </w:rPr>
    </w:lvl>
    <w:lvl w:ilvl="6" w:tplc="9AB495EE">
      <w:numFmt w:val="bullet"/>
      <w:lvlText w:val="•"/>
      <w:lvlJc w:val="left"/>
      <w:pPr>
        <w:ind w:left="6676" w:hanging="361"/>
      </w:pPr>
      <w:rPr>
        <w:rFonts w:hint="default"/>
        <w:lang w:val="ru-RU" w:eastAsia="en-US" w:bidi="ar-SA"/>
      </w:rPr>
    </w:lvl>
    <w:lvl w:ilvl="7" w:tplc="7308828E">
      <w:numFmt w:val="bullet"/>
      <w:lvlText w:val="•"/>
      <w:lvlJc w:val="left"/>
      <w:pPr>
        <w:ind w:left="7702" w:hanging="361"/>
      </w:pPr>
      <w:rPr>
        <w:rFonts w:hint="default"/>
        <w:lang w:val="ru-RU" w:eastAsia="en-US" w:bidi="ar-SA"/>
      </w:rPr>
    </w:lvl>
    <w:lvl w:ilvl="8" w:tplc="197E56C6">
      <w:numFmt w:val="bullet"/>
      <w:lvlText w:val="•"/>
      <w:lvlJc w:val="left"/>
      <w:pPr>
        <w:ind w:left="8728" w:hanging="361"/>
      </w:pPr>
      <w:rPr>
        <w:rFonts w:hint="default"/>
        <w:lang w:val="ru-RU" w:eastAsia="en-US" w:bidi="ar-SA"/>
      </w:rPr>
    </w:lvl>
  </w:abstractNum>
  <w:abstractNum w:abstractNumId="13" w15:restartNumberingAfterBreak="0">
    <w:nsid w:val="551139C1"/>
    <w:multiLevelType w:val="hybridMultilevel"/>
    <w:tmpl w:val="A050A526"/>
    <w:lvl w:ilvl="0" w:tplc="25963812">
      <w:start w:val="1"/>
      <w:numFmt w:val="decimal"/>
      <w:lvlText w:val="%1."/>
      <w:lvlJc w:val="left"/>
      <w:pPr>
        <w:ind w:left="526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41EB618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54A80D00">
      <w:numFmt w:val="bullet"/>
      <w:lvlText w:val="•"/>
      <w:lvlJc w:val="left"/>
      <w:pPr>
        <w:ind w:left="2572" w:hanging="361"/>
      </w:pPr>
      <w:rPr>
        <w:rFonts w:hint="default"/>
        <w:lang w:val="ru-RU" w:eastAsia="en-US" w:bidi="ar-SA"/>
      </w:rPr>
    </w:lvl>
    <w:lvl w:ilvl="3" w:tplc="2370F218">
      <w:numFmt w:val="bullet"/>
      <w:lvlText w:val="•"/>
      <w:lvlJc w:val="left"/>
      <w:pPr>
        <w:ind w:left="3598" w:hanging="361"/>
      </w:pPr>
      <w:rPr>
        <w:rFonts w:hint="default"/>
        <w:lang w:val="ru-RU" w:eastAsia="en-US" w:bidi="ar-SA"/>
      </w:rPr>
    </w:lvl>
    <w:lvl w:ilvl="4" w:tplc="3A5C4A5C">
      <w:numFmt w:val="bullet"/>
      <w:lvlText w:val="•"/>
      <w:lvlJc w:val="left"/>
      <w:pPr>
        <w:ind w:left="4624" w:hanging="361"/>
      </w:pPr>
      <w:rPr>
        <w:rFonts w:hint="default"/>
        <w:lang w:val="ru-RU" w:eastAsia="en-US" w:bidi="ar-SA"/>
      </w:rPr>
    </w:lvl>
    <w:lvl w:ilvl="5" w:tplc="4000929C">
      <w:numFmt w:val="bullet"/>
      <w:lvlText w:val="•"/>
      <w:lvlJc w:val="left"/>
      <w:pPr>
        <w:ind w:left="5650" w:hanging="361"/>
      </w:pPr>
      <w:rPr>
        <w:rFonts w:hint="default"/>
        <w:lang w:val="ru-RU" w:eastAsia="en-US" w:bidi="ar-SA"/>
      </w:rPr>
    </w:lvl>
    <w:lvl w:ilvl="6" w:tplc="D17E8060">
      <w:numFmt w:val="bullet"/>
      <w:lvlText w:val="•"/>
      <w:lvlJc w:val="left"/>
      <w:pPr>
        <w:ind w:left="6676" w:hanging="361"/>
      </w:pPr>
      <w:rPr>
        <w:rFonts w:hint="default"/>
        <w:lang w:val="ru-RU" w:eastAsia="en-US" w:bidi="ar-SA"/>
      </w:rPr>
    </w:lvl>
    <w:lvl w:ilvl="7" w:tplc="849823CC">
      <w:numFmt w:val="bullet"/>
      <w:lvlText w:val="•"/>
      <w:lvlJc w:val="left"/>
      <w:pPr>
        <w:ind w:left="7702" w:hanging="361"/>
      </w:pPr>
      <w:rPr>
        <w:rFonts w:hint="default"/>
        <w:lang w:val="ru-RU" w:eastAsia="en-US" w:bidi="ar-SA"/>
      </w:rPr>
    </w:lvl>
    <w:lvl w:ilvl="8" w:tplc="A6DCBA8E">
      <w:numFmt w:val="bullet"/>
      <w:lvlText w:val="•"/>
      <w:lvlJc w:val="left"/>
      <w:pPr>
        <w:ind w:left="8728" w:hanging="361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1"/>
  </w:num>
  <w:num w:numId="11">
    <w:abstractNumId w:val="9"/>
  </w:num>
  <w:num w:numId="12">
    <w:abstractNumId w:val="10"/>
  </w:num>
  <w:num w:numId="13">
    <w:abstractNumId w:val="13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7730"/>
    <w:rsid w:val="00034616"/>
    <w:rsid w:val="0006063C"/>
    <w:rsid w:val="000F56A8"/>
    <w:rsid w:val="0015074B"/>
    <w:rsid w:val="001A58E8"/>
    <w:rsid w:val="0029639D"/>
    <w:rsid w:val="00326F90"/>
    <w:rsid w:val="003E0946"/>
    <w:rsid w:val="00460C0E"/>
    <w:rsid w:val="005615AB"/>
    <w:rsid w:val="0066793F"/>
    <w:rsid w:val="00813C9E"/>
    <w:rsid w:val="008C542A"/>
    <w:rsid w:val="009B29F6"/>
    <w:rsid w:val="009B4853"/>
    <w:rsid w:val="00AA1D8D"/>
    <w:rsid w:val="00B02219"/>
    <w:rsid w:val="00B47730"/>
    <w:rsid w:val="00B510C1"/>
    <w:rsid w:val="00BD2B04"/>
    <w:rsid w:val="00CB0664"/>
    <w:rsid w:val="00D20571"/>
    <w:rsid w:val="00D3711A"/>
    <w:rsid w:val="00DA6FC4"/>
    <w:rsid w:val="00DD6C36"/>
    <w:rsid w:val="00E6058B"/>
    <w:rsid w:val="00F12BF8"/>
    <w:rsid w:val="00F8220C"/>
    <w:rsid w:val="00FC693F"/>
    <w:rsid w:val="00FD3ED7"/>
    <w:rsid w:val="00FE1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  <w14:docId w14:val="106B32FF"/>
  <w15:docId w15:val="{3A1C028E-EDB6-485E-BE3F-7039C2558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1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1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1"/>
    <w:unhideWhenUsed/>
    <w:qFormat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TableGrid">
    <w:name w:val="TableGrid"/>
    <w:rsid w:val="00FD3ED7"/>
    <w:pPr>
      <w:spacing w:after="0" w:line="240" w:lineRule="auto"/>
    </w:pPr>
    <w:rPr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813C9E"/>
    <w:pPr>
      <w:widowControl w:val="0"/>
      <w:autoSpaceDE w:val="0"/>
      <w:autoSpaceDN w:val="0"/>
      <w:spacing w:after="0" w:line="240" w:lineRule="auto"/>
    </w:pPr>
    <w:rPr>
      <w:rFonts w:eastAsiaTheme="minorHAnsi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1"/>
    <w:uiPriority w:val="1"/>
    <w:qFormat/>
    <w:rsid w:val="00813C9E"/>
    <w:pPr>
      <w:widowControl w:val="0"/>
      <w:autoSpaceDE w:val="0"/>
      <w:autoSpaceDN w:val="0"/>
      <w:spacing w:before="86" w:after="0" w:line="240" w:lineRule="auto"/>
      <w:ind w:left="76"/>
    </w:pPr>
    <w:rPr>
      <w:rFonts w:ascii="Times New Roman" w:eastAsia="Times New Roman" w:hAnsi="Times New Roman" w:cs="Times New Roman"/>
      <w:lang w:val="ru-RU"/>
    </w:rPr>
  </w:style>
  <w:style w:type="paragraph" w:customStyle="1" w:styleId="110">
    <w:name w:val="Заголовок 11"/>
    <w:basedOn w:val="a1"/>
    <w:uiPriority w:val="1"/>
    <w:qFormat/>
    <w:rsid w:val="009B4853"/>
    <w:pPr>
      <w:widowControl w:val="0"/>
      <w:autoSpaceDE w:val="0"/>
      <w:autoSpaceDN w:val="0"/>
      <w:spacing w:before="66" w:after="0" w:line="240" w:lineRule="auto"/>
      <w:ind w:left="106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47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chool-/" TargetMode="External"/><Relationship Id="rId18" Type="http://schemas.openxmlformats.org/officeDocument/2006/relationships/hyperlink" Target="http://school-/" TargetMode="External"/><Relationship Id="rId26" Type="http://schemas.openxmlformats.org/officeDocument/2006/relationships/hyperlink" Target="http://school-/" TargetMode="External"/><Relationship Id="rId39" Type="http://schemas.openxmlformats.org/officeDocument/2006/relationships/hyperlink" Target="http://www.uchportal.ru/" TargetMode="External"/><Relationship Id="rId21" Type="http://schemas.openxmlformats.org/officeDocument/2006/relationships/hyperlink" Target="http://school-/" TargetMode="External"/><Relationship Id="rId34" Type="http://schemas.openxmlformats.org/officeDocument/2006/relationships/hyperlink" Target="http://school-/" TargetMode="External"/><Relationship Id="rId42" Type="http://schemas.openxmlformats.org/officeDocument/2006/relationships/fontTable" Target="fontTable.xml"/><Relationship Id="rId7" Type="http://schemas.openxmlformats.org/officeDocument/2006/relationships/hyperlink" Target="http://school-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school-/" TargetMode="External"/><Relationship Id="rId20" Type="http://schemas.openxmlformats.org/officeDocument/2006/relationships/hyperlink" Target="http://school-/" TargetMode="External"/><Relationship Id="rId29" Type="http://schemas.openxmlformats.org/officeDocument/2006/relationships/hyperlink" Target="http://school-/" TargetMode="External"/><Relationship Id="rId41" Type="http://schemas.openxmlformats.org/officeDocument/2006/relationships/hyperlink" Target="http://school-box.ru/nachalnaya-shkola/knigi-uchebniki-posobiya.htm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school-/" TargetMode="External"/><Relationship Id="rId24" Type="http://schemas.openxmlformats.org/officeDocument/2006/relationships/hyperlink" Target="http://school-/" TargetMode="External"/><Relationship Id="rId32" Type="http://schemas.openxmlformats.org/officeDocument/2006/relationships/hyperlink" Target="http://school-/" TargetMode="External"/><Relationship Id="rId37" Type="http://schemas.openxmlformats.org/officeDocument/2006/relationships/hyperlink" Target="http://nsportal.ru/" TargetMode="External"/><Relationship Id="rId40" Type="http://schemas.openxmlformats.org/officeDocument/2006/relationships/hyperlink" Target="http://www.nachalka.com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school-/" TargetMode="External"/><Relationship Id="rId23" Type="http://schemas.openxmlformats.org/officeDocument/2006/relationships/hyperlink" Target="http://school-/" TargetMode="External"/><Relationship Id="rId28" Type="http://schemas.openxmlformats.org/officeDocument/2006/relationships/hyperlink" Target="http://school-/" TargetMode="External"/><Relationship Id="rId36" Type="http://schemas.openxmlformats.org/officeDocument/2006/relationships/hyperlink" Target="http://school-/" TargetMode="External"/><Relationship Id="rId10" Type="http://schemas.openxmlformats.org/officeDocument/2006/relationships/hyperlink" Target="http://school-/" TargetMode="External"/><Relationship Id="rId19" Type="http://schemas.openxmlformats.org/officeDocument/2006/relationships/hyperlink" Target="http://school-/" TargetMode="External"/><Relationship Id="rId31" Type="http://schemas.openxmlformats.org/officeDocument/2006/relationships/hyperlink" Target="http://school-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school-/" TargetMode="External"/><Relationship Id="rId14" Type="http://schemas.openxmlformats.org/officeDocument/2006/relationships/hyperlink" Target="http://school-/" TargetMode="External"/><Relationship Id="rId22" Type="http://schemas.openxmlformats.org/officeDocument/2006/relationships/hyperlink" Target="http://school-/" TargetMode="External"/><Relationship Id="rId27" Type="http://schemas.openxmlformats.org/officeDocument/2006/relationships/hyperlink" Target="http://school-/" TargetMode="External"/><Relationship Id="rId30" Type="http://schemas.openxmlformats.org/officeDocument/2006/relationships/hyperlink" Target="http://school-/" TargetMode="External"/><Relationship Id="rId35" Type="http://schemas.openxmlformats.org/officeDocument/2006/relationships/hyperlink" Target="http://school-/" TargetMode="External"/><Relationship Id="rId43" Type="http://schemas.openxmlformats.org/officeDocument/2006/relationships/theme" Target="theme/theme1.xml"/><Relationship Id="rId8" Type="http://schemas.openxmlformats.org/officeDocument/2006/relationships/hyperlink" Target="http://school-/" TargetMode="External"/><Relationship Id="rId3" Type="http://schemas.openxmlformats.org/officeDocument/2006/relationships/styles" Target="styles.xml"/><Relationship Id="rId12" Type="http://schemas.openxmlformats.org/officeDocument/2006/relationships/hyperlink" Target="http://school-/" TargetMode="External"/><Relationship Id="rId17" Type="http://schemas.openxmlformats.org/officeDocument/2006/relationships/hyperlink" Target="http://school-/" TargetMode="External"/><Relationship Id="rId25" Type="http://schemas.openxmlformats.org/officeDocument/2006/relationships/hyperlink" Target="http://school-/" TargetMode="External"/><Relationship Id="rId33" Type="http://schemas.openxmlformats.org/officeDocument/2006/relationships/hyperlink" Target="http://school-/" TargetMode="External"/><Relationship Id="rId38" Type="http://schemas.openxmlformats.org/officeDocument/2006/relationships/hyperlink" Target="http://easyen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61F6473-5C22-4CE9-B1D3-44F73DF26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5996</Words>
  <Characters>34181</Characters>
  <Application>Microsoft Office Word</Application>
  <DocSecurity>0</DocSecurity>
  <Lines>284</Lines>
  <Paragraphs>80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40097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Людмила Абеева</cp:lastModifiedBy>
  <cp:revision>5</cp:revision>
  <dcterms:created xsi:type="dcterms:W3CDTF">2023-07-14T17:47:00Z</dcterms:created>
  <dcterms:modified xsi:type="dcterms:W3CDTF">2023-10-17T10:31:00Z</dcterms:modified>
</cp:coreProperties>
</file>